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9972"/>
      </w:tblGrid>
      <w:tr>
        <w:trPr>
          <w:trHeight w:val="7600"/>
        </w:trPr>
        <w:tc>
          <w:tcPr>
            <w:tcW w:type="dxa" w:w="9972"/>
            <w:shd w:val="clear" w:color="auto" w:fill="1B2A3A"/>
          </w:tcPr>
          <w:p>
            <w:pPr>
              <w:spacing w:before="1200"/>
            </w:pPr>
            <w:r>
              <w:rPr>
                <w:rFonts w:ascii="Georgia" w:hAnsi="Georgia" w:eastAsia="Georgia"/>
                <w:b w:val="0"/>
                <w:i w:val="0"/>
                <w:color w:val="EEF0E9"/>
                <w:sz w:val="96"/>
              </w:rPr>
              <w:t>Livret d'accueil</w:t>
            </w:r>
          </w:p>
          <w:p>
            <w:r>
              <w:rPr>
                <w:rFonts w:ascii="Georgia" w:hAnsi="Georgia" w:eastAsia="Georgia"/>
                <w:b w:val="0"/>
                <w:i/>
                <w:color w:val="B9924B"/>
                <w:sz w:val="28"/>
              </w:rPr>
              <w:t>Bienvenue chez vous, le temps d'un séjour</w:t>
            </w:r>
          </w:p>
          <w:p/>
        </w:tc>
      </w:tr>
    </w:tbl>
    <w:p>
      <w:pPr>
        <w:spacing w:before="360"/>
      </w:pPr>
      <w:r>
        <w:rPr>
          <w:rFonts w:ascii="Georgia" w:hAnsi="Georgia" w:eastAsia="Georgia"/>
          <w:b w:val="0"/>
          <w:i w:val="0"/>
          <w:color w:val="1B2A3A"/>
          <w:sz w:val="44"/>
        </w:rPr>
        <w:t>[Nom du logement]</w:t>
      </w:r>
    </w:p>
    <w:p>
      <w:pPr>
        <w:pBdr>
          <w:bottom w:val="single" w:sz="8" w:space="4" w:color="B9924B"/>
        </w:pBdr>
      </w:pPr>
      <w:r>
        <w:rPr>
          <w:b w:val="0"/>
          <w:i w:val="0"/>
          <w:color w:val="5C6B4E"/>
          <w:sz w:val="20"/>
        </w:rPr>
        <w:t>[Adresse du logement]  ·  Votre hôte : [prénom]</w:t>
      </w:r>
    </w:p>
    <w:p>
      <w:pPr>
        <w:spacing w:after="0"/>
      </w:pPr>
      <w:r>
        <w:rPr>
          <w:rFonts w:ascii="Georgia" w:hAnsi="Georgia" w:eastAsia="Georgia"/>
          <w:b w:val="0"/>
          <w:i w:val="0"/>
          <w:color w:val="B9924B"/>
          <w:sz w:val="20"/>
        </w:rPr>
        <w:t xml:space="preserve">1   </w:t>
      </w:r>
      <w:r>
        <w:rPr>
          <w:b w:val="0"/>
          <w:i w:val="0"/>
          <w:color w:val="1B2A3A"/>
          <w:sz w:val="20"/>
        </w:rPr>
        <w:t>Bienvenue</w:t>
      </w:r>
    </w:p>
    <w:p>
      <w:pPr>
        <w:spacing w:after="0"/>
      </w:pPr>
      <w:r>
        <w:rPr>
          <w:rFonts w:ascii="Georgia" w:hAnsi="Georgia" w:eastAsia="Georgia"/>
          <w:b w:val="0"/>
          <w:i w:val="0"/>
          <w:color w:val="B9924B"/>
          <w:sz w:val="20"/>
        </w:rPr>
        <w:t xml:space="preserve">2   </w:t>
      </w:r>
      <w:r>
        <w:rPr>
          <w:b w:val="0"/>
          <w:i w:val="0"/>
          <w:color w:val="1B2A3A"/>
          <w:sz w:val="20"/>
        </w:rPr>
        <w:t>Arrivée et accès</w:t>
      </w:r>
    </w:p>
    <w:p>
      <w:pPr>
        <w:spacing w:after="0"/>
      </w:pPr>
      <w:r>
        <w:rPr>
          <w:rFonts w:ascii="Georgia" w:hAnsi="Georgia" w:eastAsia="Georgia"/>
          <w:b w:val="0"/>
          <w:i w:val="0"/>
          <w:color w:val="B9924B"/>
          <w:sz w:val="20"/>
        </w:rPr>
        <w:t xml:space="preserve">3   </w:t>
      </w:r>
      <w:r>
        <w:rPr>
          <w:b w:val="0"/>
          <w:i w:val="0"/>
          <w:color w:val="1B2A3A"/>
          <w:sz w:val="20"/>
        </w:rPr>
        <w:t>Wi-Fi</w:t>
      </w:r>
    </w:p>
    <w:p>
      <w:pPr>
        <w:spacing w:after="0"/>
      </w:pPr>
      <w:r>
        <w:rPr>
          <w:rFonts w:ascii="Georgia" w:hAnsi="Georgia" w:eastAsia="Georgia"/>
          <w:b w:val="0"/>
          <w:i w:val="0"/>
          <w:color w:val="B9924B"/>
          <w:sz w:val="20"/>
        </w:rPr>
        <w:t xml:space="preserve">4   </w:t>
      </w:r>
      <w:r>
        <w:rPr>
          <w:b w:val="0"/>
          <w:i w:val="0"/>
          <w:color w:val="1B2A3A"/>
          <w:sz w:val="20"/>
        </w:rPr>
        <w:t>Le logement</w:t>
      </w:r>
    </w:p>
    <w:p>
      <w:pPr>
        <w:spacing w:after="0"/>
      </w:pPr>
      <w:r>
        <w:rPr>
          <w:rFonts w:ascii="Georgia" w:hAnsi="Georgia" w:eastAsia="Georgia"/>
          <w:b w:val="0"/>
          <w:i w:val="0"/>
          <w:color w:val="B9924B"/>
          <w:sz w:val="20"/>
        </w:rPr>
        <w:t xml:space="preserve">5   </w:t>
      </w:r>
      <w:r>
        <w:rPr>
          <w:b w:val="0"/>
          <w:i w:val="0"/>
          <w:color w:val="1B2A3A"/>
          <w:sz w:val="20"/>
        </w:rPr>
        <w:t>Règles de la maison</w:t>
      </w:r>
    </w:p>
    <w:p>
      <w:pPr>
        <w:spacing w:after="0"/>
      </w:pPr>
      <w:r>
        <w:rPr>
          <w:rFonts w:ascii="Georgia" w:hAnsi="Georgia" w:eastAsia="Georgia"/>
          <w:b w:val="0"/>
          <w:i w:val="0"/>
          <w:color w:val="B9924B"/>
          <w:sz w:val="20"/>
        </w:rPr>
        <w:t xml:space="preserve">6   </w:t>
      </w:r>
      <w:r>
        <w:rPr>
          <w:b w:val="0"/>
          <w:i w:val="0"/>
          <w:color w:val="1B2A3A"/>
          <w:sz w:val="20"/>
        </w:rPr>
        <w:t>Mes bonnes adresses</w:t>
      </w:r>
    </w:p>
    <w:p>
      <w:pPr>
        <w:spacing w:after="0"/>
      </w:pPr>
      <w:r>
        <w:rPr>
          <w:rFonts w:ascii="Georgia" w:hAnsi="Georgia" w:eastAsia="Georgia"/>
          <w:b w:val="0"/>
          <w:i w:val="0"/>
          <w:color w:val="B9924B"/>
          <w:sz w:val="20"/>
        </w:rPr>
        <w:t xml:space="preserve">7   </w:t>
      </w:r>
      <w:r>
        <w:rPr>
          <w:b w:val="0"/>
          <w:i w:val="0"/>
          <w:color w:val="1B2A3A"/>
          <w:sz w:val="20"/>
        </w:rPr>
        <w:t>Numéros utiles</w:t>
      </w:r>
    </w:p>
    <w:p>
      <w:pPr>
        <w:spacing w:after="0"/>
      </w:pPr>
      <w:r>
        <w:rPr>
          <w:rFonts w:ascii="Georgia" w:hAnsi="Georgia" w:eastAsia="Georgia"/>
          <w:b w:val="0"/>
          <w:i w:val="0"/>
          <w:color w:val="B9924B"/>
          <w:sz w:val="20"/>
        </w:rPr>
        <w:t xml:space="preserve">8   </w:t>
      </w:r>
      <w:r>
        <w:rPr>
          <w:b w:val="0"/>
          <w:i w:val="0"/>
          <w:color w:val="1B2A3A"/>
          <w:sz w:val="20"/>
        </w:rPr>
        <w:t>Départ</w:t>
      </w:r>
    </w:p>
    <w:p>
      <w:pPr>
        <w:spacing w:before="200"/>
      </w:pPr>
      <w:r>
        <w:rPr>
          <w:b w:val="0"/>
          <w:i/>
          <w:color w:val="5C6B4E"/>
          <w:sz w:val="18"/>
        </w:rPr>
        <w:t>Remplacez les crochets par vos informations. Imprimez le livret ou envoyez-le en PDF avant l'arrivée.</w:t>
      </w:r>
    </w:p>
    <w:p>
      <w:r>
        <w:rPr>
          <w:b w:val="0"/>
          <w:i w:val="0"/>
          <w:color w:val="5C6B4E"/>
          <w:sz w:val="16"/>
        </w:rPr>
        <w:t>Modèle gratuit par Nowistay · nowistay.com/fr</w:t>
      </w:r>
    </w:p>
    <w:p>
      <w:r>
        <w:br w:type="page"/>
      </w:r>
    </w:p>
    <w:p>
      <w:pPr>
        <w:spacing w:after="0"/>
      </w:pPr>
      <w:r>
        <w:rPr>
          <w:rFonts w:ascii="Georgia" w:hAnsi="Georgia" w:eastAsia="Georgia"/>
          <w:b w:val="0"/>
          <w:i w:val="0"/>
          <w:color w:val="D4D9CE"/>
          <w:sz w:val="72"/>
        </w:rPr>
        <w:t>01</w:t>
      </w:r>
    </w:p>
    <w:p>
      <w:pPr>
        <w:spacing w:after="40"/>
        <w:pBdr>
          <w:bottom w:val="single" w:sz="8" w:space="4" w:color="B9924B"/>
        </w:pBdr>
      </w:pPr>
      <w:r>
        <w:rPr>
          <w:rFonts w:ascii="Georgia" w:hAnsi="Georgia" w:eastAsia="Georgia"/>
          <w:b w:val="0"/>
          <w:i w:val="0"/>
          <w:color w:val="1B2A3A"/>
          <w:sz w:val="48"/>
        </w:rPr>
        <w:t>Bienvenue</w:t>
      </w:r>
    </w:p>
    <w:p>
      <w:pPr>
        <w:spacing w:after="200"/>
      </w:pPr>
      <w:r>
        <w:rPr>
          <w:rFonts w:ascii="Georgia" w:hAnsi="Georgia" w:eastAsia="Georgia"/>
          <w:b w:val="0"/>
          <w:i/>
          <w:color w:val="5C6B4E"/>
          <w:sz w:val="20"/>
        </w:rPr>
        <w:t>Deux ou trois phrases chaleureuses : qui vous êtes, ce que vous aimez dans ce logement, comment vous joindre.</w:t>
      </w:r>
    </w:p>
    <w:p>
      <w:r>
        <w:rPr>
          <w:rFonts w:ascii="Georgia" w:hAnsi="Georgia" w:eastAsia="Georgia"/>
          <w:b w:val="0"/>
          <w:i/>
          <w:color w:val="1B2A3A"/>
          <w:sz w:val="26"/>
        </w:rPr>
        <w:t>Mot de bienvenue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tcBorders>
              <w:top w:val="nil"/>
              <w:left w:val="nil"/>
              <w:bottom w:val="single" w:sz="4" w:color="8A94A3"/>
              <w:right w:val="nil"/>
            </w:tcBorders>
          </w:tcPr>
          <w:p>
            <w:pPr>
              <w:spacing w:before="200"/>
            </w:pPr>
            <w:r>
              <w:rPr>
                <w:b w:val="0"/>
                <w:i w:val="0"/>
                <w:sz w:val="20"/>
              </w:rPr>
              <w:t xml:space="preserve"> </w:t>
            </w:r>
          </w:p>
        </w:tc>
      </w:tr>
      <w:tr>
        <w:tc>
          <w:tcPr>
            <w:tcW w:type="dxa" w:w="9972"/>
            <w:tcBorders>
              <w:top w:val="nil"/>
              <w:left w:val="nil"/>
              <w:bottom w:val="single" w:sz="4" w:color="8A94A3"/>
              <w:right w:val="nil"/>
            </w:tcBorders>
          </w:tcPr>
          <w:p>
            <w:pPr>
              <w:spacing w:before="200"/>
            </w:pPr>
            <w:r>
              <w:rPr>
                <w:b w:val="0"/>
                <w:i w:val="0"/>
                <w:sz w:val="20"/>
              </w:rPr>
              <w:t xml:space="preserve"> </w:t>
            </w:r>
          </w:p>
        </w:tc>
      </w:tr>
      <w:tr>
        <w:tc>
          <w:tcPr>
            <w:tcW w:type="dxa" w:w="9972"/>
            <w:tcBorders>
              <w:top w:val="nil"/>
              <w:left w:val="nil"/>
              <w:bottom w:val="single" w:sz="4" w:color="8A94A3"/>
              <w:right w:val="nil"/>
            </w:tcBorders>
          </w:tcPr>
          <w:p>
            <w:pPr>
              <w:spacing w:before="200"/>
            </w:pPr>
            <w:r>
              <w:rPr>
                <w:b w:val="0"/>
                <w:i w:val="0"/>
                <w:sz w:val="20"/>
              </w:rPr>
              <w:t xml:space="preserve"> </w:t>
            </w:r>
          </w:p>
        </w:tc>
      </w:tr>
      <w:tr>
        <w:tc>
          <w:tcPr>
            <w:tcW w:type="dxa" w:w="9972"/>
            <w:tcBorders>
              <w:top w:val="nil"/>
              <w:left w:val="nil"/>
              <w:bottom w:val="single" w:sz="4" w:color="8A94A3"/>
              <w:right w:val="nil"/>
            </w:tcBorders>
          </w:tcPr>
          <w:p>
            <w:pPr>
              <w:spacing w:before="200"/>
            </w:pPr>
            <w:r>
              <w:rPr>
                <w:b w:val="0"/>
                <w:i w:val="0"/>
                <w:sz w:val="20"/>
              </w:rPr>
              <w:t xml:space="preserve"> </w:t>
            </w:r>
          </w:p>
        </w:tc>
      </w:tr>
    </w:tbl>
    <w:p/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20"/>
            </w:pPr>
            <w:r>
              <w:rPr>
                <w:b/>
                <w:i w:val="0"/>
                <w:color w:val="1B2A3A"/>
                <w:sz w:val="20"/>
              </w:rPr>
              <w:t>Votre hôte</w:t>
            </w:r>
            <w:r>
              <w:rPr>
                <w:b w:val="0"/>
                <w:i/>
                <w:color w:val="5C6B4E"/>
                <w:sz w:val="16"/>
              </w:rPr>
              <w:br/>
              <w:t>prénom</w:t>
            </w:r>
          </w:p>
        </w:tc>
        <w:tc>
          <w:tcPr>
            <w:tcW w:type="dxa" w:w="6236"/>
            <w:tcBorders>
              <w:top w:val="nil"/>
              <w:left w:val="nil"/>
              <w:bottom w:val="single" w:sz="6" w:color="1B2A3A"/>
              <w:right w:val="nil"/>
            </w:tcBorders>
          </w:tcPr>
          <w:p>
            <w:pPr>
              <w:spacing w:before="120"/>
            </w:pPr>
            <w:r>
              <w:rPr>
                <w:b w:val="0"/>
                <w:i w:val="0"/>
                <w:sz w:val="20"/>
              </w:rPr>
              <w:t xml:space="preserve"> </w:t>
            </w:r>
          </w:p>
        </w:tc>
      </w:tr>
      <w:tr>
        <w:tc>
          <w:tcPr>
            <w:tcW w:type="dxa" w:w="340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20"/>
            </w:pPr>
            <w:r>
              <w:rPr>
                <w:b/>
                <w:i w:val="0"/>
                <w:color w:val="1B2A3A"/>
                <w:sz w:val="20"/>
              </w:rPr>
              <w:t>Téléphone / WhatsApp</w:t>
            </w:r>
          </w:p>
        </w:tc>
        <w:tc>
          <w:tcPr>
            <w:tcW w:type="dxa" w:w="6236"/>
            <w:tcBorders>
              <w:top w:val="nil"/>
              <w:left w:val="nil"/>
              <w:bottom w:val="single" w:sz="6" w:color="1B2A3A"/>
              <w:right w:val="nil"/>
            </w:tcBorders>
          </w:tcPr>
          <w:p>
            <w:pPr>
              <w:spacing w:before="120"/>
            </w:pPr>
            <w:r>
              <w:rPr>
                <w:b w:val="0"/>
                <w:i w:val="0"/>
                <w:sz w:val="20"/>
              </w:rPr>
              <w:t xml:space="preserve"> </w:t>
            </w:r>
          </w:p>
        </w:tc>
      </w:tr>
      <w:tr>
        <w:tc>
          <w:tcPr>
            <w:tcW w:type="dxa" w:w="340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20"/>
            </w:pPr>
            <w:r>
              <w:rPr>
                <w:b/>
                <w:i w:val="0"/>
                <w:color w:val="1B2A3A"/>
                <w:sz w:val="20"/>
              </w:rPr>
              <w:t>E-mail</w:t>
            </w:r>
          </w:p>
        </w:tc>
        <w:tc>
          <w:tcPr>
            <w:tcW w:type="dxa" w:w="6236"/>
            <w:tcBorders>
              <w:top w:val="nil"/>
              <w:left w:val="nil"/>
              <w:bottom w:val="single" w:sz="6" w:color="1B2A3A"/>
              <w:right w:val="nil"/>
            </w:tcBorders>
          </w:tcPr>
          <w:p>
            <w:pPr>
              <w:spacing w:before="120"/>
            </w:pPr>
            <w:r>
              <w:rPr>
                <w:b w:val="0"/>
                <w:i w:val="0"/>
                <w:sz w:val="20"/>
              </w:rPr>
              <w:t xml:space="preserve"> </w:t>
            </w:r>
          </w:p>
        </w:tc>
      </w:tr>
      <w:tr>
        <w:tc>
          <w:tcPr>
            <w:tcW w:type="dxa" w:w="340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20"/>
            </w:pPr>
            <w:r>
              <w:rPr>
                <w:b/>
                <w:i w:val="0"/>
                <w:color w:val="1B2A3A"/>
                <w:sz w:val="20"/>
              </w:rPr>
              <w:t>Adresse du logement</w:t>
            </w:r>
          </w:p>
        </w:tc>
        <w:tc>
          <w:tcPr>
            <w:tcW w:type="dxa" w:w="6236"/>
            <w:tcBorders>
              <w:top w:val="nil"/>
              <w:left w:val="nil"/>
              <w:bottom w:val="single" w:sz="6" w:color="1B2A3A"/>
              <w:right w:val="nil"/>
            </w:tcBorders>
          </w:tcPr>
          <w:p>
            <w:pPr>
              <w:spacing w:before="120"/>
            </w:pPr>
            <w:r>
              <w:rPr>
                <w:b w:val="0"/>
                <w:i w:val="0"/>
                <w:sz w:val="20"/>
              </w:rPr>
              <w:t xml:space="preserve"> 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972"/>
      </w:tblGrid>
      <w:tr>
        <w:trPr>
          <w:trHeight w:val="2200"/>
        </w:trPr>
        <w:tc>
          <w:tcPr>
            <w:tcW w:type="dxa" w:w="9972"/>
            <w:shd w:val="clear" w:color="auto" w:fill="EEF0E9"/>
            <w:tcBorders>
              <w:top w:val="dashed" w:sz="6" w:color="5C6B4E"/>
              <w:left w:val="dashed" w:sz="6" w:color="5C6B4E"/>
              <w:bottom w:val="dashed" w:sz="6" w:color="5C6B4E"/>
              <w:right w:val="dashed" w:sz="6" w:color="5C6B4E"/>
            </w:tcBorders>
          </w:tcPr>
          <w:p>
            <w:pPr>
              <w:spacing w:before="1000"/>
              <w:jc w:val="center"/>
            </w:pPr>
            <w:r>
              <w:rPr>
                <w:rFonts w:ascii="Georgia" w:hAnsi="Georgia" w:eastAsia="Georgia"/>
                <w:b w:val="0"/>
                <w:i/>
                <w:color w:val="5C6B4E"/>
                <w:sz w:val="18"/>
              </w:rPr>
              <w:t>Votre photo (facultatif)</w:t>
            </w:r>
          </w:p>
        </w:tc>
      </w:tr>
    </w:tbl>
    <w:p/>
    <w:p>
      <w:r>
        <w:br w:type="page"/>
      </w:r>
    </w:p>
    <w:p>
      <w:pPr>
        <w:spacing w:after="0"/>
      </w:pPr>
      <w:r>
        <w:rPr>
          <w:rFonts w:ascii="Georgia" w:hAnsi="Georgia" w:eastAsia="Georgia"/>
          <w:b w:val="0"/>
          <w:i w:val="0"/>
          <w:color w:val="D4D9CE"/>
          <w:sz w:val="72"/>
        </w:rPr>
        <w:t>02</w:t>
      </w:r>
    </w:p>
    <w:p>
      <w:pPr>
        <w:spacing w:after="40"/>
        <w:pBdr>
          <w:bottom w:val="single" w:sz="8" w:space="4" w:color="B9924B"/>
        </w:pBdr>
      </w:pPr>
      <w:r>
        <w:rPr>
          <w:rFonts w:ascii="Georgia" w:hAnsi="Georgia" w:eastAsia="Georgia"/>
          <w:b w:val="0"/>
          <w:i w:val="0"/>
          <w:color w:val="1B2A3A"/>
          <w:sz w:val="48"/>
        </w:rPr>
        <w:t>Arrivée et accès</w:t>
      </w:r>
    </w:p>
    <w:p>
      <w:pPr>
        <w:spacing w:after="200"/>
      </w:pPr>
      <w:r>
        <w:rPr>
          <w:rFonts w:ascii="Georgia" w:hAnsi="Georgia" w:eastAsia="Georgia"/>
          <w:b w:val="0"/>
          <w:i/>
          <w:color w:val="5C6B4E"/>
          <w:sz w:val="20"/>
        </w:rPr>
        <w:t>Tout ce qu'il faut pour entrer sans vous appeler : horaire, chemin, codes, stationnement.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20"/>
            </w:pPr>
            <w:r>
              <w:rPr>
                <w:b/>
                <w:i w:val="0"/>
                <w:color w:val="1B2A3A"/>
                <w:sz w:val="20"/>
              </w:rPr>
              <w:t>Arrivée à partir de</w:t>
            </w:r>
            <w:r>
              <w:rPr>
                <w:b w:val="0"/>
                <w:i/>
                <w:color w:val="5C6B4E"/>
                <w:sz w:val="16"/>
              </w:rPr>
              <w:br/>
              <w:t>heure</w:t>
            </w:r>
          </w:p>
        </w:tc>
        <w:tc>
          <w:tcPr>
            <w:tcW w:type="dxa" w:w="6236"/>
            <w:tcBorders>
              <w:top w:val="nil"/>
              <w:left w:val="nil"/>
              <w:bottom w:val="single" w:sz="6" w:color="1B2A3A"/>
              <w:right w:val="nil"/>
            </w:tcBorders>
          </w:tcPr>
          <w:p>
            <w:pPr>
              <w:spacing w:before="120"/>
            </w:pPr>
            <w:r>
              <w:rPr>
                <w:b w:val="0"/>
                <w:i w:val="0"/>
                <w:sz w:val="20"/>
              </w:rPr>
              <w:t xml:space="preserve"> </w:t>
            </w:r>
          </w:p>
        </w:tc>
      </w:tr>
      <w:tr>
        <w:tc>
          <w:tcPr>
            <w:tcW w:type="dxa" w:w="340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20"/>
            </w:pPr>
            <w:r>
              <w:rPr>
                <w:b/>
                <w:i w:val="0"/>
                <w:color w:val="1B2A3A"/>
                <w:sz w:val="20"/>
              </w:rPr>
              <w:t>Code de la boîte à clés / serrure</w:t>
            </w:r>
          </w:p>
        </w:tc>
        <w:tc>
          <w:tcPr>
            <w:tcW w:type="dxa" w:w="6236"/>
            <w:tcBorders>
              <w:top w:val="nil"/>
              <w:left w:val="nil"/>
              <w:bottom w:val="single" w:sz="6" w:color="1B2A3A"/>
              <w:right w:val="nil"/>
            </w:tcBorders>
          </w:tcPr>
          <w:p>
            <w:pPr>
              <w:spacing w:before="120"/>
            </w:pPr>
            <w:r>
              <w:rPr>
                <w:b w:val="0"/>
                <w:i w:val="0"/>
                <w:sz w:val="20"/>
              </w:rPr>
              <w:t xml:space="preserve"> </w:t>
            </w:r>
          </w:p>
        </w:tc>
      </w:tr>
      <w:tr>
        <w:tc>
          <w:tcPr>
            <w:tcW w:type="dxa" w:w="340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20"/>
            </w:pPr>
            <w:r>
              <w:rPr>
                <w:b/>
                <w:i w:val="0"/>
                <w:color w:val="1B2A3A"/>
                <w:sz w:val="20"/>
              </w:rPr>
              <w:t>Étage / porte</w:t>
            </w:r>
          </w:p>
        </w:tc>
        <w:tc>
          <w:tcPr>
            <w:tcW w:type="dxa" w:w="6236"/>
            <w:tcBorders>
              <w:top w:val="nil"/>
              <w:left w:val="nil"/>
              <w:bottom w:val="single" w:sz="6" w:color="1B2A3A"/>
              <w:right w:val="nil"/>
            </w:tcBorders>
          </w:tcPr>
          <w:p>
            <w:pPr>
              <w:spacing w:before="120"/>
            </w:pPr>
            <w:r>
              <w:rPr>
                <w:b w:val="0"/>
                <w:i w:val="0"/>
                <w:sz w:val="20"/>
              </w:rPr>
              <w:t xml:space="preserve"> </w:t>
            </w:r>
          </w:p>
        </w:tc>
      </w:tr>
      <w:tr>
        <w:tc>
          <w:tcPr>
            <w:tcW w:type="dxa" w:w="340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20"/>
            </w:pPr>
            <w:r>
              <w:rPr>
                <w:b/>
                <w:i w:val="0"/>
                <w:color w:val="1B2A3A"/>
                <w:sz w:val="20"/>
              </w:rPr>
              <w:t>Interphone</w:t>
            </w:r>
          </w:p>
        </w:tc>
        <w:tc>
          <w:tcPr>
            <w:tcW w:type="dxa" w:w="6236"/>
            <w:tcBorders>
              <w:top w:val="nil"/>
              <w:left w:val="nil"/>
              <w:bottom w:val="single" w:sz="6" w:color="1B2A3A"/>
              <w:right w:val="nil"/>
            </w:tcBorders>
          </w:tcPr>
          <w:p>
            <w:pPr>
              <w:spacing w:before="120"/>
            </w:pPr>
            <w:r>
              <w:rPr>
                <w:b w:val="0"/>
                <w:i w:val="0"/>
                <w:sz w:val="20"/>
              </w:rPr>
              <w:t xml:space="preserve"> </w:t>
            </w:r>
          </w:p>
        </w:tc>
      </w:tr>
    </w:tbl>
    <w:p/>
    <w:p>
      <w:r>
        <w:rPr>
          <w:rFonts w:ascii="Georgia" w:hAnsi="Georgia" w:eastAsia="Georgia"/>
          <w:b w:val="0"/>
          <w:i/>
          <w:color w:val="1B2A3A"/>
          <w:sz w:val="26"/>
        </w:rPr>
        <w:t>Comment entrer, étape par étape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tcBorders>
              <w:top w:val="nil"/>
              <w:left w:val="nil"/>
              <w:bottom w:val="single" w:sz="4" w:color="8A94A3"/>
              <w:right w:val="nil"/>
            </w:tcBorders>
          </w:tcPr>
          <w:p>
            <w:pPr>
              <w:spacing w:before="200"/>
            </w:pPr>
            <w:r>
              <w:rPr>
                <w:b w:val="0"/>
                <w:i w:val="0"/>
                <w:sz w:val="20"/>
              </w:rPr>
              <w:t xml:space="preserve"> </w:t>
            </w:r>
          </w:p>
        </w:tc>
      </w:tr>
      <w:tr>
        <w:tc>
          <w:tcPr>
            <w:tcW w:type="dxa" w:w="9972"/>
            <w:tcBorders>
              <w:top w:val="nil"/>
              <w:left w:val="nil"/>
              <w:bottom w:val="single" w:sz="4" w:color="8A94A3"/>
              <w:right w:val="nil"/>
            </w:tcBorders>
          </w:tcPr>
          <w:p>
            <w:pPr>
              <w:spacing w:before="200"/>
            </w:pPr>
            <w:r>
              <w:rPr>
                <w:b w:val="0"/>
                <w:i w:val="0"/>
                <w:sz w:val="20"/>
              </w:rPr>
              <w:t xml:space="preserve"> </w:t>
            </w:r>
          </w:p>
        </w:tc>
      </w:tr>
      <w:tr>
        <w:tc>
          <w:tcPr>
            <w:tcW w:type="dxa" w:w="9972"/>
            <w:tcBorders>
              <w:top w:val="nil"/>
              <w:left w:val="nil"/>
              <w:bottom w:val="single" w:sz="4" w:color="8A94A3"/>
              <w:right w:val="nil"/>
            </w:tcBorders>
          </w:tcPr>
          <w:p>
            <w:pPr>
              <w:spacing w:before="200"/>
            </w:pPr>
            <w:r>
              <w:rPr>
                <w:b w:val="0"/>
                <w:i w:val="0"/>
                <w:sz w:val="20"/>
              </w:rPr>
              <w:t xml:space="preserve"> </w:t>
            </w:r>
          </w:p>
        </w:tc>
      </w:tr>
    </w:tbl>
    <w:p/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20"/>
            </w:pPr>
            <w:r>
              <w:rPr>
                <w:b/>
                <w:i w:val="0"/>
                <w:color w:val="1B2A3A"/>
                <w:sz w:val="20"/>
              </w:rPr>
              <w:t>Où se garer</w:t>
            </w:r>
          </w:p>
        </w:tc>
        <w:tc>
          <w:tcPr>
            <w:tcW w:type="dxa" w:w="6236"/>
            <w:tcBorders>
              <w:top w:val="nil"/>
              <w:left w:val="nil"/>
              <w:bottom w:val="single" w:sz="6" w:color="1B2A3A"/>
              <w:right w:val="nil"/>
            </w:tcBorders>
          </w:tcPr>
          <w:p>
            <w:pPr>
              <w:spacing w:before="120"/>
            </w:pPr>
            <w:r>
              <w:rPr>
                <w:b w:val="0"/>
                <w:i w:val="0"/>
                <w:sz w:val="20"/>
              </w:rPr>
              <w:t xml:space="preserve"> </w:t>
            </w:r>
          </w:p>
        </w:tc>
      </w:tr>
      <w:tr>
        <w:tc>
          <w:tcPr>
            <w:tcW w:type="dxa" w:w="340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20"/>
            </w:pPr>
            <w:r>
              <w:rPr>
                <w:b/>
                <w:i w:val="0"/>
                <w:color w:val="1B2A3A"/>
                <w:sz w:val="20"/>
              </w:rPr>
              <w:t>Transports depuis la gare / l'aéroport</w:t>
            </w:r>
          </w:p>
        </w:tc>
        <w:tc>
          <w:tcPr>
            <w:tcW w:type="dxa" w:w="6236"/>
            <w:tcBorders>
              <w:top w:val="nil"/>
              <w:left w:val="nil"/>
              <w:bottom w:val="single" w:sz="6" w:color="1B2A3A"/>
              <w:right w:val="nil"/>
            </w:tcBorders>
          </w:tcPr>
          <w:p>
            <w:pPr>
              <w:spacing w:before="120"/>
            </w:pPr>
            <w:r>
              <w:rPr>
                <w:b w:val="0"/>
                <w:i w:val="0"/>
                <w:sz w:val="20"/>
              </w:rPr>
              <w:t xml:space="preserve"> 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972"/>
      </w:tblGrid>
      <w:tr>
        <w:trPr>
          <w:trHeight w:val="2200"/>
        </w:trPr>
        <w:tc>
          <w:tcPr>
            <w:tcW w:type="dxa" w:w="9972"/>
            <w:shd w:val="clear" w:color="auto" w:fill="EEF0E9"/>
            <w:tcBorders>
              <w:top w:val="dashed" w:sz="6" w:color="5C6B4E"/>
              <w:left w:val="dashed" w:sz="6" w:color="5C6B4E"/>
              <w:bottom w:val="dashed" w:sz="6" w:color="5C6B4E"/>
              <w:right w:val="dashed" w:sz="6" w:color="5C6B4E"/>
            </w:tcBorders>
          </w:tcPr>
          <w:p>
            <w:pPr>
              <w:spacing w:before="1000"/>
              <w:jc w:val="center"/>
            </w:pPr>
            <w:r>
              <w:rPr>
                <w:rFonts w:ascii="Georgia" w:hAnsi="Georgia" w:eastAsia="Georgia"/>
                <w:b w:val="0"/>
                <w:i/>
                <w:color w:val="5C6B4E"/>
                <w:sz w:val="18"/>
              </w:rPr>
              <w:t>Photo de l'entrée ou de la boîte à clés</w:t>
            </w:r>
          </w:p>
        </w:tc>
      </w:tr>
    </w:tbl>
    <w:p/>
    <w:p>
      <w:r>
        <w:br w:type="page"/>
      </w:r>
    </w:p>
    <w:p>
      <w:pPr>
        <w:spacing w:after="0"/>
      </w:pPr>
      <w:r>
        <w:rPr>
          <w:rFonts w:ascii="Georgia" w:hAnsi="Georgia" w:eastAsia="Georgia"/>
          <w:b w:val="0"/>
          <w:i w:val="0"/>
          <w:color w:val="D4D9CE"/>
          <w:sz w:val="72"/>
        </w:rPr>
        <w:t>03</w:t>
      </w:r>
    </w:p>
    <w:p>
      <w:pPr>
        <w:spacing w:after="40"/>
        <w:pBdr>
          <w:bottom w:val="single" w:sz="8" w:space="4" w:color="B9924B"/>
        </w:pBdr>
      </w:pPr>
      <w:r>
        <w:rPr>
          <w:rFonts w:ascii="Georgia" w:hAnsi="Georgia" w:eastAsia="Georgia"/>
          <w:b w:val="0"/>
          <w:i w:val="0"/>
          <w:color w:val="1B2A3A"/>
          <w:sz w:val="48"/>
        </w:rPr>
        <w:t>Wi-Fi</w:t>
      </w:r>
    </w:p>
    <w:p>
      <w:pPr>
        <w:spacing w:after="200"/>
      </w:pPr>
      <w:r>
        <w:rPr>
          <w:rFonts w:ascii="Georgia" w:hAnsi="Georgia" w:eastAsia="Georgia"/>
          <w:b w:val="0"/>
          <w:i/>
          <w:color w:val="5C6B4E"/>
          <w:sz w:val="20"/>
        </w:rPr>
        <w:t>La première chose que vos voyageurs cherchent. Écrivez-la en grand.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20"/>
            </w:pPr>
            <w:r>
              <w:rPr>
                <w:b/>
                <w:i w:val="0"/>
                <w:color w:val="1B2A3A"/>
                <w:sz w:val="20"/>
              </w:rPr>
              <w:t>Nom du réseau (SSID)</w:t>
            </w:r>
          </w:p>
        </w:tc>
        <w:tc>
          <w:tcPr>
            <w:tcW w:type="dxa" w:w="6236"/>
            <w:tcBorders>
              <w:top w:val="nil"/>
              <w:left w:val="nil"/>
              <w:bottom w:val="single" w:sz="6" w:color="1B2A3A"/>
              <w:right w:val="nil"/>
            </w:tcBorders>
          </w:tcPr>
          <w:p>
            <w:pPr>
              <w:spacing w:before="120"/>
            </w:pPr>
            <w:r>
              <w:rPr>
                <w:b w:val="0"/>
                <w:i w:val="0"/>
                <w:sz w:val="20"/>
              </w:rPr>
              <w:t xml:space="preserve"> </w:t>
            </w:r>
          </w:p>
        </w:tc>
      </w:tr>
      <w:tr>
        <w:tc>
          <w:tcPr>
            <w:tcW w:type="dxa" w:w="340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20"/>
            </w:pPr>
            <w:r>
              <w:rPr>
                <w:b/>
                <w:i w:val="0"/>
                <w:color w:val="1B2A3A"/>
                <w:sz w:val="20"/>
              </w:rPr>
              <w:t>Mot de passe</w:t>
            </w:r>
          </w:p>
        </w:tc>
        <w:tc>
          <w:tcPr>
            <w:tcW w:type="dxa" w:w="6236"/>
            <w:tcBorders>
              <w:top w:val="nil"/>
              <w:left w:val="nil"/>
              <w:bottom w:val="single" w:sz="6" w:color="1B2A3A"/>
              <w:right w:val="nil"/>
            </w:tcBorders>
          </w:tcPr>
          <w:p>
            <w:pPr>
              <w:spacing w:before="120"/>
            </w:pPr>
            <w:r>
              <w:rPr>
                <w:b w:val="0"/>
                <w:i w:val="0"/>
                <w:sz w:val="20"/>
              </w:rPr>
              <w:t xml:space="preserve"> 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972"/>
      </w:tblGrid>
      <w:tr>
        <w:trPr>
          <w:trHeight w:val="2200"/>
        </w:trPr>
        <w:tc>
          <w:tcPr>
            <w:tcW w:type="dxa" w:w="9972"/>
            <w:shd w:val="clear" w:color="auto" w:fill="EEF0E9"/>
            <w:tcBorders>
              <w:top w:val="dashed" w:sz="6" w:color="5C6B4E"/>
              <w:left w:val="dashed" w:sz="6" w:color="5C6B4E"/>
              <w:bottom w:val="dashed" w:sz="6" w:color="5C6B4E"/>
              <w:right w:val="dashed" w:sz="6" w:color="5C6B4E"/>
            </w:tcBorders>
          </w:tcPr>
          <w:p>
            <w:pPr>
              <w:spacing w:before="1000"/>
              <w:jc w:val="center"/>
            </w:pPr>
            <w:r>
              <w:rPr>
                <w:rFonts w:ascii="Georgia" w:hAnsi="Georgia" w:eastAsia="Georgia"/>
                <w:b w:val="0"/>
                <w:i/>
                <w:color w:val="5C6B4E"/>
                <w:sz w:val="18"/>
              </w:rPr>
              <w:t>QR code de connexion (facultatif)</w:t>
            </w:r>
          </w:p>
        </w:tc>
      </w:tr>
    </w:tbl>
    <w:p/>
    <w:p>
      <w:r>
        <w:rPr>
          <w:rFonts w:ascii="Georgia" w:hAnsi="Georgia" w:eastAsia="Georgia"/>
          <w:b w:val="0"/>
          <w:i/>
          <w:color w:val="1B2A3A"/>
          <w:sz w:val="26"/>
        </w:rPr>
        <w:t>Si le Wi-Fi ne fonctionne pas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tcBorders>
              <w:top w:val="nil"/>
              <w:left w:val="nil"/>
              <w:bottom w:val="single" w:sz="4" w:color="8A94A3"/>
              <w:right w:val="nil"/>
            </w:tcBorders>
          </w:tcPr>
          <w:p>
            <w:pPr>
              <w:spacing w:before="200"/>
            </w:pPr>
            <w:r>
              <w:rPr>
                <w:b w:val="0"/>
                <w:i w:val="0"/>
                <w:sz w:val="20"/>
              </w:rPr>
              <w:t xml:space="preserve"> </w:t>
            </w:r>
          </w:p>
        </w:tc>
      </w:tr>
      <w:tr>
        <w:tc>
          <w:tcPr>
            <w:tcW w:type="dxa" w:w="9972"/>
            <w:tcBorders>
              <w:top w:val="nil"/>
              <w:left w:val="nil"/>
              <w:bottom w:val="single" w:sz="4" w:color="8A94A3"/>
              <w:right w:val="nil"/>
            </w:tcBorders>
          </w:tcPr>
          <w:p>
            <w:pPr>
              <w:spacing w:before="200"/>
            </w:pPr>
            <w:r>
              <w:rPr>
                <w:b w:val="0"/>
                <w:i w:val="0"/>
                <w:sz w:val="20"/>
              </w:rPr>
              <w:t xml:space="preserve"> </w:t>
            </w:r>
          </w:p>
        </w:tc>
      </w:tr>
    </w:tbl>
    <w:p/>
    <w:p>
      <w:r>
        <w:br w:type="page"/>
      </w:r>
    </w:p>
    <w:p>
      <w:pPr>
        <w:spacing w:after="0"/>
      </w:pPr>
      <w:r>
        <w:rPr>
          <w:rFonts w:ascii="Georgia" w:hAnsi="Georgia" w:eastAsia="Georgia"/>
          <w:b w:val="0"/>
          <w:i w:val="0"/>
          <w:color w:val="D4D9CE"/>
          <w:sz w:val="72"/>
        </w:rPr>
        <w:t>04</w:t>
      </w:r>
    </w:p>
    <w:p>
      <w:pPr>
        <w:spacing w:after="40"/>
        <w:pBdr>
          <w:bottom w:val="single" w:sz="8" w:space="4" w:color="B9924B"/>
        </w:pBdr>
      </w:pPr>
      <w:r>
        <w:rPr>
          <w:rFonts w:ascii="Georgia" w:hAnsi="Georgia" w:eastAsia="Georgia"/>
          <w:b w:val="0"/>
          <w:i w:val="0"/>
          <w:color w:val="1B2A3A"/>
          <w:sz w:val="48"/>
        </w:rPr>
        <w:t>Le logement</w:t>
      </w:r>
    </w:p>
    <w:p>
      <w:pPr>
        <w:spacing w:after="200"/>
      </w:pPr>
      <w:r>
        <w:rPr>
          <w:rFonts w:ascii="Georgia" w:hAnsi="Georgia" w:eastAsia="Georgia"/>
          <w:b w:val="0"/>
          <w:i/>
          <w:color w:val="5C6B4E"/>
          <w:sz w:val="20"/>
        </w:rPr>
        <w:t>Une ligne par équipement. Précisez les particularités (la douche met 30 secondes à chauffer, le four se verrouille, etc.).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20"/>
            </w:pPr>
            <w:r>
              <w:rPr>
                <w:b/>
                <w:i w:val="0"/>
                <w:color w:val="1B2A3A"/>
                <w:sz w:val="20"/>
              </w:rPr>
              <w:t>Chauffage / climatisation</w:t>
            </w:r>
          </w:p>
        </w:tc>
        <w:tc>
          <w:tcPr>
            <w:tcW w:type="dxa" w:w="6236"/>
            <w:tcBorders>
              <w:top w:val="nil"/>
              <w:left w:val="nil"/>
              <w:bottom w:val="single" w:sz="6" w:color="1B2A3A"/>
              <w:right w:val="nil"/>
            </w:tcBorders>
          </w:tcPr>
          <w:p>
            <w:pPr>
              <w:spacing w:before="120"/>
            </w:pPr>
            <w:r>
              <w:rPr>
                <w:b w:val="0"/>
                <w:i w:val="0"/>
                <w:sz w:val="20"/>
              </w:rPr>
              <w:t xml:space="preserve"> </w:t>
            </w:r>
          </w:p>
        </w:tc>
      </w:tr>
      <w:tr>
        <w:tc>
          <w:tcPr>
            <w:tcW w:type="dxa" w:w="340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20"/>
            </w:pPr>
            <w:r>
              <w:rPr>
                <w:b/>
                <w:i w:val="0"/>
                <w:color w:val="1B2A3A"/>
                <w:sz w:val="20"/>
              </w:rPr>
              <w:t>Eau chaude</w:t>
            </w:r>
          </w:p>
        </w:tc>
        <w:tc>
          <w:tcPr>
            <w:tcW w:type="dxa" w:w="6236"/>
            <w:tcBorders>
              <w:top w:val="nil"/>
              <w:left w:val="nil"/>
              <w:bottom w:val="single" w:sz="6" w:color="1B2A3A"/>
              <w:right w:val="nil"/>
            </w:tcBorders>
          </w:tcPr>
          <w:p>
            <w:pPr>
              <w:spacing w:before="120"/>
            </w:pPr>
            <w:r>
              <w:rPr>
                <w:b w:val="0"/>
                <w:i w:val="0"/>
                <w:sz w:val="20"/>
              </w:rPr>
              <w:t xml:space="preserve"> </w:t>
            </w:r>
          </w:p>
        </w:tc>
      </w:tr>
      <w:tr>
        <w:tc>
          <w:tcPr>
            <w:tcW w:type="dxa" w:w="340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20"/>
            </w:pPr>
            <w:r>
              <w:rPr>
                <w:b/>
                <w:i w:val="0"/>
                <w:color w:val="1B2A3A"/>
                <w:sz w:val="20"/>
              </w:rPr>
              <w:t>Machine à café</w:t>
            </w:r>
          </w:p>
        </w:tc>
        <w:tc>
          <w:tcPr>
            <w:tcW w:type="dxa" w:w="6236"/>
            <w:tcBorders>
              <w:top w:val="nil"/>
              <w:left w:val="nil"/>
              <w:bottom w:val="single" w:sz="6" w:color="1B2A3A"/>
              <w:right w:val="nil"/>
            </w:tcBorders>
          </w:tcPr>
          <w:p>
            <w:pPr>
              <w:spacing w:before="120"/>
            </w:pPr>
            <w:r>
              <w:rPr>
                <w:b w:val="0"/>
                <w:i w:val="0"/>
                <w:sz w:val="20"/>
              </w:rPr>
              <w:t xml:space="preserve"> </w:t>
            </w:r>
          </w:p>
        </w:tc>
      </w:tr>
      <w:tr>
        <w:tc>
          <w:tcPr>
            <w:tcW w:type="dxa" w:w="340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20"/>
            </w:pPr>
            <w:r>
              <w:rPr>
                <w:b/>
                <w:i w:val="0"/>
                <w:color w:val="1B2A3A"/>
                <w:sz w:val="20"/>
              </w:rPr>
              <w:t>Plaques / four</w:t>
            </w:r>
          </w:p>
        </w:tc>
        <w:tc>
          <w:tcPr>
            <w:tcW w:type="dxa" w:w="6236"/>
            <w:tcBorders>
              <w:top w:val="nil"/>
              <w:left w:val="nil"/>
              <w:bottom w:val="single" w:sz="6" w:color="1B2A3A"/>
              <w:right w:val="nil"/>
            </w:tcBorders>
          </w:tcPr>
          <w:p>
            <w:pPr>
              <w:spacing w:before="120"/>
            </w:pPr>
            <w:r>
              <w:rPr>
                <w:b w:val="0"/>
                <w:i w:val="0"/>
                <w:sz w:val="20"/>
              </w:rPr>
              <w:t xml:space="preserve"> </w:t>
            </w:r>
          </w:p>
        </w:tc>
      </w:tr>
      <w:tr>
        <w:tc>
          <w:tcPr>
            <w:tcW w:type="dxa" w:w="340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20"/>
            </w:pPr>
            <w:r>
              <w:rPr>
                <w:b/>
                <w:i w:val="0"/>
                <w:color w:val="1B2A3A"/>
                <w:sz w:val="20"/>
              </w:rPr>
              <w:t>Lave-linge / lave-vaisselle</w:t>
            </w:r>
          </w:p>
        </w:tc>
        <w:tc>
          <w:tcPr>
            <w:tcW w:type="dxa" w:w="6236"/>
            <w:tcBorders>
              <w:top w:val="nil"/>
              <w:left w:val="nil"/>
              <w:bottom w:val="single" w:sz="6" w:color="1B2A3A"/>
              <w:right w:val="nil"/>
            </w:tcBorders>
          </w:tcPr>
          <w:p>
            <w:pPr>
              <w:spacing w:before="120"/>
            </w:pPr>
            <w:r>
              <w:rPr>
                <w:b w:val="0"/>
                <w:i w:val="0"/>
                <w:sz w:val="20"/>
              </w:rPr>
              <w:t xml:space="preserve"> </w:t>
            </w:r>
          </w:p>
        </w:tc>
      </w:tr>
      <w:tr>
        <w:tc>
          <w:tcPr>
            <w:tcW w:type="dxa" w:w="340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20"/>
            </w:pPr>
            <w:r>
              <w:rPr>
                <w:b/>
                <w:i w:val="0"/>
                <w:color w:val="1B2A3A"/>
                <w:sz w:val="20"/>
              </w:rPr>
              <w:t>Télévision</w:t>
            </w:r>
          </w:p>
        </w:tc>
        <w:tc>
          <w:tcPr>
            <w:tcW w:type="dxa" w:w="6236"/>
            <w:tcBorders>
              <w:top w:val="nil"/>
              <w:left w:val="nil"/>
              <w:bottom w:val="single" w:sz="6" w:color="1B2A3A"/>
              <w:right w:val="nil"/>
            </w:tcBorders>
          </w:tcPr>
          <w:p>
            <w:pPr>
              <w:spacing w:before="120"/>
            </w:pPr>
            <w:r>
              <w:rPr>
                <w:b w:val="0"/>
                <w:i w:val="0"/>
                <w:sz w:val="20"/>
              </w:rPr>
              <w:t xml:space="preserve"> </w:t>
            </w:r>
          </w:p>
        </w:tc>
      </w:tr>
      <w:tr>
        <w:tc>
          <w:tcPr>
            <w:tcW w:type="dxa" w:w="340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20"/>
            </w:pPr>
            <w:r>
              <w:rPr>
                <w:b/>
                <w:i w:val="0"/>
                <w:color w:val="1B2A3A"/>
                <w:sz w:val="20"/>
              </w:rPr>
              <w:t>Poubelles et tri</w:t>
            </w:r>
          </w:p>
        </w:tc>
        <w:tc>
          <w:tcPr>
            <w:tcW w:type="dxa" w:w="6236"/>
            <w:tcBorders>
              <w:top w:val="nil"/>
              <w:left w:val="nil"/>
              <w:bottom w:val="single" w:sz="6" w:color="1B2A3A"/>
              <w:right w:val="nil"/>
            </w:tcBorders>
          </w:tcPr>
          <w:p>
            <w:pPr>
              <w:spacing w:before="120"/>
            </w:pPr>
            <w:r>
              <w:rPr>
                <w:b w:val="0"/>
                <w:i w:val="0"/>
                <w:sz w:val="20"/>
              </w:rPr>
              <w:t xml:space="preserve"> </w:t>
            </w:r>
          </w:p>
        </w:tc>
      </w:tr>
      <w:tr>
        <w:tc>
          <w:tcPr>
            <w:tcW w:type="dxa" w:w="340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20"/>
            </w:pPr>
            <w:r>
              <w:rPr>
                <w:b/>
                <w:i w:val="0"/>
                <w:color w:val="1B2A3A"/>
                <w:sz w:val="20"/>
              </w:rPr>
              <w:t>Particularités</w:t>
            </w:r>
          </w:p>
        </w:tc>
        <w:tc>
          <w:tcPr>
            <w:tcW w:type="dxa" w:w="6236"/>
            <w:tcBorders>
              <w:top w:val="nil"/>
              <w:left w:val="nil"/>
              <w:bottom w:val="single" w:sz="6" w:color="1B2A3A"/>
              <w:right w:val="nil"/>
            </w:tcBorders>
          </w:tcPr>
          <w:p>
            <w:pPr>
              <w:spacing w:before="120"/>
            </w:pPr>
            <w:r>
              <w:rPr>
                <w:b w:val="0"/>
                <w:i w:val="0"/>
                <w:sz w:val="20"/>
              </w:rPr>
              <w:t xml:space="preserve"> </w:t>
            </w:r>
          </w:p>
        </w:tc>
      </w:tr>
    </w:tbl>
    <w:p/>
    <w:p>
      <w:r>
        <w:br w:type="page"/>
      </w:r>
    </w:p>
    <w:p>
      <w:pPr>
        <w:spacing w:after="0"/>
      </w:pPr>
      <w:r>
        <w:rPr>
          <w:rFonts w:ascii="Georgia" w:hAnsi="Georgia" w:eastAsia="Georgia"/>
          <w:b w:val="0"/>
          <w:i w:val="0"/>
          <w:color w:val="D4D9CE"/>
          <w:sz w:val="72"/>
        </w:rPr>
        <w:t>05</w:t>
      </w:r>
    </w:p>
    <w:p>
      <w:pPr>
        <w:spacing w:after="40"/>
        <w:pBdr>
          <w:bottom w:val="single" w:sz="8" w:space="4" w:color="B9924B"/>
        </w:pBdr>
      </w:pPr>
      <w:r>
        <w:rPr>
          <w:rFonts w:ascii="Georgia" w:hAnsi="Georgia" w:eastAsia="Georgia"/>
          <w:b w:val="0"/>
          <w:i w:val="0"/>
          <w:color w:val="1B2A3A"/>
          <w:sz w:val="48"/>
        </w:rPr>
        <w:t>Règles de la maison</w:t>
      </w:r>
    </w:p>
    <w:p>
      <w:pPr>
        <w:spacing w:after="200"/>
      </w:pPr>
      <w:r>
        <w:rPr>
          <w:rFonts w:ascii="Georgia" w:hAnsi="Georgia" w:eastAsia="Georgia"/>
          <w:b w:val="0"/>
          <w:i/>
          <w:color w:val="5C6B4E"/>
          <w:sz w:val="20"/>
        </w:rPr>
        <w:t>Formulées avec bienveillance : dites ce que vous attendez et pourquoi.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20"/>
            </w:pPr>
            <w:r>
              <w:rPr>
                <w:b/>
                <w:i w:val="0"/>
                <w:color w:val="1B2A3A"/>
                <w:sz w:val="20"/>
              </w:rPr>
              <w:t>Nombre de voyageurs maximum</w:t>
            </w:r>
          </w:p>
        </w:tc>
        <w:tc>
          <w:tcPr>
            <w:tcW w:type="dxa" w:w="6236"/>
            <w:tcBorders>
              <w:top w:val="nil"/>
              <w:left w:val="nil"/>
              <w:bottom w:val="single" w:sz="6" w:color="1B2A3A"/>
              <w:right w:val="nil"/>
            </w:tcBorders>
          </w:tcPr>
          <w:p>
            <w:pPr>
              <w:spacing w:before="120"/>
            </w:pPr>
            <w:r>
              <w:rPr>
                <w:b w:val="0"/>
                <w:i w:val="0"/>
                <w:sz w:val="20"/>
              </w:rPr>
              <w:t xml:space="preserve"> </w:t>
            </w:r>
          </w:p>
        </w:tc>
      </w:tr>
      <w:tr>
        <w:tc>
          <w:tcPr>
            <w:tcW w:type="dxa" w:w="340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20"/>
            </w:pPr>
            <w:r>
              <w:rPr>
                <w:b/>
                <w:i w:val="0"/>
                <w:color w:val="1B2A3A"/>
                <w:sz w:val="20"/>
              </w:rPr>
              <w:t>Fumeurs</w:t>
            </w:r>
            <w:r>
              <w:rPr>
                <w:b w:val="0"/>
                <w:i/>
                <w:color w:val="5C6B4E"/>
                <w:sz w:val="16"/>
              </w:rPr>
              <w:br/>
              <w:t>où c'est possible</w:t>
            </w:r>
          </w:p>
        </w:tc>
        <w:tc>
          <w:tcPr>
            <w:tcW w:type="dxa" w:w="6236"/>
            <w:tcBorders>
              <w:top w:val="nil"/>
              <w:left w:val="nil"/>
              <w:bottom w:val="single" w:sz="6" w:color="1B2A3A"/>
              <w:right w:val="nil"/>
            </w:tcBorders>
          </w:tcPr>
          <w:p>
            <w:pPr>
              <w:spacing w:before="120"/>
            </w:pPr>
            <w:r>
              <w:rPr>
                <w:b w:val="0"/>
                <w:i w:val="0"/>
                <w:sz w:val="20"/>
              </w:rPr>
              <w:t xml:space="preserve"> </w:t>
            </w:r>
          </w:p>
        </w:tc>
      </w:tr>
      <w:tr>
        <w:tc>
          <w:tcPr>
            <w:tcW w:type="dxa" w:w="340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20"/>
            </w:pPr>
            <w:r>
              <w:rPr>
                <w:b/>
                <w:i w:val="0"/>
                <w:color w:val="1B2A3A"/>
                <w:sz w:val="20"/>
              </w:rPr>
              <w:t>Animaux</w:t>
            </w:r>
          </w:p>
        </w:tc>
        <w:tc>
          <w:tcPr>
            <w:tcW w:type="dxa" w:w="6236"/>
            <w:tcBorders>
              <w:top w:val="nil"/>
              <w:left w:val="nil"/>
              <w:bottom w:val="single" w:sz="6" w:color="1B2A3A"/>
              <w:right w:val="nil"/>
            </w:tcBorders>
          </w:tcPr>
          <w:p>
            <w:pPr>
              <w:spacing w:before="120"/>
            </w:pPr>
            <w:r>
              <w:rPr>
                <w:b w:val="0"/>
                <w:i w:val="0"/>
                <w:sz w:val="20"/>
              </w:rPr>
              <w:t xml:space="preserve"> </w:t>
            </w:r>
          </w:p>
        </w:tc>
      </w:tr>
      <w:tr>
        <w:tc>
          <w:tcPr>
            <w:tcW w:type="dxa" w:w="340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20"/>
            </w:pPr>
            <w:r>
              <w:rPr>
                <w:b/>
                <w:i w:val="0"/>
                <w:color w:val="1B2A3A"/>
                <w:sz w:val="20"/>
              </w:rPr>
              <w:t>Calme entre</w:t>
            </w:r>
            <w:r>
              <w:rPr>
                <w:b w:val="0"/>
                <w:i/>
                <w:color w:val="5C6B4E"/>
                <w:sz w:val="16"/>
              </w:rPr>
              <w:br/>
              <w:t>heures</w:t>
            </w:r>
          </w:p>
        </w:tc>
        <w:tc>
          <w:tcPr>
            <w:tcW w:type="dxa" w:w="6236"/>
            <w:tcBorders>
              <w:top w:val="nil"/>
              <w:left w:val="nil"/>
              <w:bottom w:val="single" w:sz="6" w:color="1B2A3A"/>
              <w:right w:val="nil"/>
            </w:tcBorders>
          </w:tcPr>
          <w:p>
            <w:pPr>
              <w:spacing w:before="120"/>
            </w:pPr>
            <w:r>
              <w:rPr>
                <w:b w:val="0"/>
                <w:i w:val="0"/>
                <w:sz w:val="20"/>
              </w:rPr>
              <w:t xml:space="preserve"> </w:t>
            </w:r>
          </w:p>
        </w:tc>
      </w:tr>
      <w:tr>
        <w:tc>
          <w:tcPr>
            <w:tcW w:type="dxa" w:w="340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20"/>
            </w:pPr>
            <w:r>
              <w:rPr>
                <w:b/>
                <w:i w:val="0"/>
                <w:color w:val="1B2A3A"/>
                <w:sz w:val="20"/>
              </w:rPr>
              <w:t>Fêtes et visiteurs</w:t>
            </w:r>
          </w:p>
        </w:tc>
        <w:tc>
          <w:tcPr>
            <w:tcW w:type="dxa" w:w="6236"/>
            <w:tcBorders>
              <w:top w:val="nil"/>
              <w:left w:val="nil"/>
              <w:bottom w:val="single" w:sz="6" w:color="1B2A3A"/>
              <w:right w:val="nil"/>
            </w:tcBorders>
          </w:tcPr>
          <w:p>
            <w:pPr>
              <w:spacing w:before="120"/>
            </w:pPr>
            <w:r>
              <w:rPr>
                <w:b w:val="0"/>
                <w:i w:val="0"/>
                <w:sz w:val="20"/>
              </w:rPr>
              <w:t xml:space="preserve"> </w:t>
            </w:r>
          </w:p>
        </w:tc>
      </w:tr>
      <w:tr>
        <w:tc>
          <w:tcPr>
            <w:tcW w:type="dxa" w:w="340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20"/>
            </w:pPr>
            <w:r>
              <w:rPr>
                <w:b/>
                <w:i w:val="0"/>
                <w:color w:val="1B2A3A"/>
                <w:sz w:val="20"/>
              </w:rPr>
              <w:t>Autres</w:t>
            </w:r>
          </w:p>
        </w:tc>
        <w:tc>
          <w:tcPr>
            <w:tcW w:type="dxa" w:w="6236"/>
            <w:tcBorders>
              <w:top w:val="nil"/>
              <w:left w:val="nil"/>
              <w:bottom w:val="single" w:sz="6" w:color="1B2A3A"/>
              <w:right w:val="nil"/>
            </w:tcBorders>
          </w:tcPr>
          <w:p>
            <w:pPr>
              <w:spacing w:before="120"/>
            </w:pPr>
            <w:r>
              <w:rPr>
                <w:b w:val="0"/>
                <w:i w:val="0"/>
                <w:sz w:val="20"/>
              </w:rPr>
              <w:t xml:space="preserve"> </w:t>
            </w:r>
          </w:p>
        </w:tc>
      </w:tr>
    </w:tbl>
    <w:p/>
    <w:p>
      <w:r>
        <w:br w:type="page"/>
      </w:r>
    </w:p>
    <w:p>
      <w:pPr>
        <w:spacing w:after="0"/>
      </w:pPr>
      <w:r>
        <w:rPr>
          <w:rFonts w:ascii="Georgia" w:hAnsi="Georgia" w:eastAsia="Georgia"/>
          <w:b w:val="0"/>
          <w:i w:val="0"/>
          <w:color w:val="D4D9CE"/>
          <w:sz w:val="72"/>
        </w:rPr>
        <w:t>06</w:t>
      </w:r>
    </w:p>
    <w:p>
      <w:pPr>
        <w:spacing w:after="40"/>
        <w:pBdr>
          <w:bottom w:val="single" w:sz="8" w:space="4" w:color="B9924B"/>
        </w:pBdr>
      </w:pPr>
      <w:r>
        <w:rPr>
          <w:rFonts w:ascii="Georgia" w:hAnsi="Georgia" w:eastAsia="Georgia"/>
          <w:b w:val="0"/>
          <w:i w:val="0"/>
          <w:color w:val="1B2A3A"/>
          <w:sz w:val="48"/>
        </w:rPr>
        <w:t>Mes bonnes adresses</w:t>
      </w:r>
    </w:p>
    <w:p>
      <w:pPr>
        <w:spacing w:after="200"/>
      </w:pPr>
      <w:r>
        <w:rPr>
          <w:rFonts w:ascii="Georgia" w:hAnsi="Georgia" w:eastAsia="Georgia"/>
          <w:b w:val="0"/>
          <w:i/>
          <w:color w:val="5C6B4E"/>
          <w:sz w:val="20"/>
        </w:rPr>
        <w:t>Cinq à dix lieux maximum, classés par moment de la journée. Ajoutez une phrase personnelle pour chacun.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20"/>
            </w:pPr>
            <w:r>
              <w:rPr>
                <w:b/>
                <w:i w:val="0"/>
                <w:color w:val="1B2A3A"/>
                <w:sz w:val="20"/>
              </w:rPr>
              <w:t>Petit-déjeuner / boulangerie</w:t>
            </w:r>
          </w:p>
        </w:tc>
        <w:tc>
          <w:tcPr>
            <w:tcW w:type="dxa" w:w="6236"/>
            <w:tcBorders>
              <w:top w:val="nil"/>
              <w:left w:val="nil"/>
              <w:bottom w:val="single" w:sz="6" w:color="1B2A3A"/>
              <w:right w:val="nil"/>
            </w:tcBorders>
          </w:tcPr>
          <w:p>
            <w:pPr>
              <w:spacing w:before="120"/>
            </w:pPr>
            <w:r>
              <w:rPr>
                <w:b w:val="0"/>
                <w:i w:val="0"/>
                <w:sz w:val="20"/>
              </w:rPr>
              <w:t xml:space="preserve"> </w:t>
            </w:r>
          </w:p>
        </w:tc>
      </w:tr>
      <w:tr>
        <w:tc>
          <w:tcPr>
            <w:tcW w:type="dxa" w:w="340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20"/>
            </w:pPr>
            <w:r>
              <w:rPr>
                <w:b/>
                <w:i w:val="0"/>
                <w:color w:val="1B2A3A"/>
                <w:sz w:val="20"/>
              </w:rPr>
              <w:t>Déjeuner</w:t>
            </w:r>
          </w:p>
        </w:tc>
        <w:tc>
          <w:tcPr>
            <w:tcW w:type="dxa" w:w="6236"/>
            <w:tcBorders>
              <w:top w:val="nil"/>
              <w:left w:val="nil"/>
              <w:bottom w:val="single" w:sz="6" w:color="1B2A3A"/>
              <w:right w:val="nil"/>
            </w:tcBorders>
          </w:tcPr>
          <w:p>
            <w:pPr>
              <w:spacing w:before="120"/>
            </w:pPr>
            <w:r>
              <w:rPr>
                <w:b w:val="0"/>
                <w:i w:val="0"/>
                <w:sz w:val="20"/>
              </w:rPr>
              <w:t xml:space="preserve"> </w:t>
            </w:r>
          </w:p>
        </w:tc>
      </w:tr>
      <w:tr>
        <w:tc>
          <w:tcPr>
            <w:tcW w:type="dxa" w:w="340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20"/>
            </w:pPr>
            <w:r>
              <w:rPr>
                <w:b/>
                <w:i w:val="0"/>
                <w:color w:val="1B2A3A"/>
                <w:sz w:val="20"/>
              </w:rPr>
              <w:t>Dîner</w:t>
            </w:r>
          </w:p>
        </w:tc>
        <w:tc>
          <w:tcPr>
            <w:tcW w:type="dxa" w:w="6236"/>
            <w:tcBorders>
              <w:top w:val="nil"/>
              <w:left w:val="nil"/>
              <w:bottom w:val="single" w:sz="6" w:color="1B2A3A"/>
              <w:right w:val="nil"/>
            </w:tcBorders>
          </w:tcPr>
          <w:p>
            <w:pPr>
              <w:spacing w:before="120"/>
            </w:pPr>
            <w:r>
              <w:rPr>
                <w:b w:val="0"/>
                <w:i w:val="0"/>
                <w:sz w:val="20"/>
              </w:rPr>
              <w:t xml:space="preserve"> </w:t>
            </w:r>
          </w:p>
        </w:tc>
      </w:tr>
      <w:tr>
        <w:tc>
          <w:tcPr>
            <w:tcW w:type="dxa" w:w="340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20"/>
            </w:pPr>
            <w:r>
              <w:rPr>
                <w:b/>
                <w:i w:val="0"/>
                <w:color w:val="1B2A3A"/>
                <w:sz w:val="20"/>
              </w:rPr>
              <w:t>Courses</w:t>
            </w:r>
          </w:p>
        </w:tc>
        <w:tc>
          <w:tcPr>
            <w:tcW w:type="dxa" w:w="6236"/>
            <w:tcBorders>
              <w:top w:val="nil"/>
              <w:left w:val="nil"/>
              <w:bottom w:val="single" w:sz="6" w:color="1B2A3A"/>
              <w:right w:val="nil"/>
            </w:tcBorders>
          </w:tcPr>
          <w:p>
            <w:pPr>
              <w:spacing w:before="120"/>
            </w:pPr>
            <w:r>
              <w:rPr>
                <w:b w:val="0"/>
                <w:i w:val="0"/>
                <w:sz w:val="20"/>
              </w:rPr>
              <w:t xml:space="preserve"> </w:t>
            </w:r>
          </w:p>
        </w:tc>
      </w:tr>
      <w:tr>
        <w:tc>
          <w:tcPr>
            <w:tcW w:type="dxa" w:w="340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20"/>
            </w:pPr>
            <w:r>
              <w:rPr>
                <w:b/>
                <w:i w:val="0"/>
                <w:color w:val="1B2A3A"/>
                <w:sz w:val="20"/>
              </w:rPr>
              <w:t>À voir, à faire</w:t>
            </w:r>
          </w:p>
        </w:tc>
        <w:tc>
          <w:tcPr>
            <w:tcW w:type="dxa" w:w="6236"/>
            <w:tcBorders>
              <w:top w:val="nil"/>
              <w:left w:val="nil"/>
              <w:bottom w:val="single" w:sz="6" w:color="1B2A3A"/>
              <w:right w:val="nil"/>
            </w:tcBorders>
          </w:tcPr>
          <w:p>
            <w:pPr>
              <w:spacing w:before="120"/>
            </w:pPr>
            <w:r>
              <w:rPr>
                <w:b w:val="0"/>
                <w:i w:val="0"/>
                <w:sz w:val="20"/>
              </w:rPr>
              <w:t xml:space="preserve"> </w:t>
            </w:r>
          </w:p>
        </w:tc>
      </w:tr>
      <w:tr>
        <w:tc>
          <w:tcPr>
            <w:tcW w:type="dxa" w:w="340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20"/>
            </w:pPr>
            <w:r>
              <w:rPr>
                <w:b/>
                <w:i w:val="0"/>
                <w:color w:val="1B2A3A"/>
                <w:sz w:val="20"/>
              </w:rPr>
              <w:t>Avec des enfants</w:t>
            </w:r>
          </w:p>
        </w:tc>
        <w:tc>
          <w:tcPr>
            <w:tcW w:type="dxa" w:w="6236"/>
            <w:tcBorders>
              <w:top w:val="nil"/>
              <w:left w:val="nil"/>
              <w:bottom w:val="single" w:sz="6" w:color="1B2A3A"/>
              <w:right w:val="nil"/>
            </w:tcBorders>
          </w:tcPr>
          <w:p>
            <w:pPr>
              <w:spacing w:before="120"/>
            </w:pPr>
            <w:r>
              <w:rPr>
                <w:b w:val="0"/>
                <w:i w:val="0"/>
                <w:sz w:val="20"/>
              </w:rPr>
              <w:t xml:space="preserve"> </w:t>
            </w:r>
          </w:p>
        </w:tc>
      </w:tr>
      <w:tr>
        <w:tc>
          <w:tcPr>
            <w:tcW w:type="dxa" w:w="340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20"/>
            </w:pPr>
            <w:r>
              <w:rPr>
                <w:b/>
                <w:i w:val="0"/>
                <w:color w:val="1B2A3A"/>
                <w:sz w:val="20"/>
              </w:rPr>
              <w:t>Un soir de pluie</w:t>
            </w:r>
          </w:p>
        </w:tc>
        <w:tc>
          <w:tcPr>
            <w:tcW w:type="dxa" w:w="6236"/>
            <w:tcBorders>
              <w:top w:val="nil"/>
              <w:left w:val="nil"/>
              <w:bottom w:val="single" w:sz="6" w:color="1B2A3A"/>
              <w:right w:val="nil"/>
            </w:tcBorders>
          </w:tcPr>
          <w:p>
            <w:pPr>
              <w:spacing w:before="120"/>
            </w:pPr>
            <w:r>
              <w:rPr>
                <w:b w:val="0"/>
                <w:i w:val="0"/>
                <w:sz w:val="20"/>
              </w:rPr>
              <w:t xml:space="preserve"> </w:t>
            </w:r>
          </w:p>
        </w:tc>
      </w:tr>
    </w:tbl>
    <w:p/>
    <w:p>
      <w:r>
        <w:br w:type="page"/>
      </w:r>
    </w:p>
    <w:p>
      <w:pPr>
        <w:spacing w:after="0"/>
      </w:pPr>
      <w:r>
        <w:rPr>
          <w:rFonts w:ascii="Georgia" w:hAnsi="Georgia" w:eastAsia="Georgia"/>
          <w:b w:val="0"/>
          <w:i w:val="0"/>
          <w:color w:val="D4D9CE"/>
          <w:sz w:val="72"/>
        </w:rPr>
        <w:t>07</w:t>
      </w:r>
    </w:p>
    <w:p>
      <w:pPr>
        <w:spacing w:after="40"/>
        <w:pBdr>
          <w:bottom w:val="single" w:sz="8" w:space="4" w:color="B9924B"/>
        </w:pBdr>
      </w:pPr>
      <w:r>
        <w:rPr>
          <w:rFonts w:ascii="Georgia" w:hAnsi="Georgia" w:eastAsia="Georgia"/>
          <w:b w:val="0"/>
          <w:i w:val="0"/>
          <w:color w:val="1B2A3A"/>
          <w:sz w:val="48"/>
        </w:rPr>
        <w:t>Numéros utiles</w:t>
      </w:r>
    </w:p>
    <w:p>
      <w:pPr>
        <w:spacing w:after="200"/>
      </w:pPr>
      <w:r>
        <w:rPr>
          <w:rFonts w:ascii="Georgia" w:hAnsi="Georgia" w:eastAsia="Georgia"/>
          <w:b w:val="0"/>
          <w:i/>
          <w:color w:val="5C6B4E"/>
          <w:sz w:val="20"/>
        </w:rPr>
        <w:t>Les numéros d'urgence puis vos contacts. Vérifiez-les à chaque mise à jour.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20"/>
            </w:pPr>
            <w:r>
              <w:rPr>
                <w:b/>
                <w:i w:val="0"/>
                <w:color w:val="1B2A3A"/>
                <w:sz w:val="20"/>
              </w:rPr>
              <w:t>Urgences (Europe)</w:t>
            </w:r>
            <w:r>
              <w:rPr>
                <w:b w:val="0"/>
                <w:i/>
                <w:color w:val="5C6B4E"/>
                <w:sz w:val="16"/>
              </w:rPr>
              <w:br/>
              <w:t>112</w:t>
            </w:r>
          </w:p>
        </w:tc>
        <w:tc>
          <w:tcPr>
            <w:tcW w:type="dxa" w:w="6236"/>
            <w:tcBorders>
              <w:top w:val="nil"/>
              <w:left w:val="nil"/>
              <w:bottom w:val="single" w:sz="6" w:color="1B2A3A"/>
              <w:right w:val="nil"/>
            </w:tcBorders>
          </w:tcPr>
          <w:p>
            <w:pPr>
              <w:spacing w:before="120"/>
            </w:pPr>
            <w:r>
              <w:rPr>
                <w:b w:val="0"/>
                <w:i w:val="0"/>
                <w:sz w:val="20"/>
              </w:rPr>
              <w:t xml:space="preserve"> </w:t>
            </w:r>
          </w:p>
        </w:tc>
      </w:tr>
      <w:tr>
        <w:tc>
          <w:tcPr>
            <w:tcW w:type="dxa" w:w="340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20"/>
            </w:pPr>
            <w:r>
              <w:rPr>
                <w:b/>
                <w:i w:val="0"/>
                <w:color w:val="1B2A3A"/>
                <w:sz w:val="20"/>
              </w:rPr>
              <w:t>SAMU</w:t>
            </w:r>
            <w:r>
              <w:rPr>
                <w:b w:val="0"/>
                <w:i/>
                <w:color w:val="5C6B4E"/>
                <w:sz w:val="16"/>
              </w:rPr>
              <w:br/>
              <w:t>15</w:t>
            </w:r>
          </w:p>
        </w:tc>
        <w:tc>
          <w:tcPr>
            <w:tcW w:type="dxa" w:w="6236"/>
            <w:tcBorders>
              <w:top w:val="nil"/>
              <w:left w:val="nil"/>
              <w:bottom w:val="single" w:sz="6" w:color="1B2A3A"/>
              <w:right w:val="nil"/>
            </w:tcBorders>
          </w:tcPr>
          <w:p>
            <w:pPr>
              <w:spacing w:before="120"/>
            </w:pPr>
            <w:r>
              <w:rPr>
                <w:b w:val="0"/>
                <w:i w:val="0"/>
                <w:sz w:val="20"/>
              </w:rPr>
              <w:t xml:space="preserve"> </w:t>
            </w:r>
          </w:p>
        </w:tc>
      </w:tr>
      <w:tr>
        <w:tc>
          <w:tcPr>
            <w:tcW w:type="dxa" w:w="340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20"/>
            </w:pPr>
            <w:r>
              <w:rPr>
                <w:b/>
                <w:i w:val="0"/>
                <w:color w:val="1B2A3A"/>
                <w:sz w:val="20"/>
              </w:rPr>
              <w:t>Police</w:t>
            </w:r>
            <w:r>
              <w:rPr>
                <w:b w:val="0"/>
                <w:i/>
                <w:color w:val="5C6B4E"/>
                <w:sz w:val="16"/>
              </w:rPr>
              <w:br/>
              <w:t>17</w:t>
            </w:r>
          </w:p>
        </w:tc>
        <w:tc>
          <w:tcPr>
            <w:tcW w:type="dxa" w:w="6236"/>
            <w:tcBorders>
              <w:top w:val="nil"/>
              <w:left w:val="nil"/>
              <w:bottom w:val="single" w:sz="6" w:color="1B2A3A"/>
              <w:right w:val="nil"/>
            </w:tcBorders>
          </w:tcPr>
          <w:p>
            <w:pPr>
              <w:spacing w:before="120"/>
            </w:pPr>
            <w:r>
              <w:rPr>
                <w:b w:val="0"/>
                <w:i w:val="0"/>
                <w:sz w:val="20"/>
              </w:rPr>
              <w:t xml:space="preserve"> </w:t>
            </w:r>
          </w:p>
        </w:tc>
      </w:tr>
      <w:tr>
        <w:tc>
          <w:tcPr>
            <w:tcW w:type="dxa" w:w="340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20"/>
            </w:pPr>
            <w:r>
              <w:rPr>
                <w:b/>
                <w:i w:val="0"/>
                <w:color w:val="1B2A3A"/>
                <w:sz w:val="20"/>
              </w:rPr>
              <w:t>Pompiers</w:t>
            </w:r>
            <w:r>
              <w:rPr>
                <w:b w:val="0"/>
                <w:i/>
                <w:color w:val="5C6B4E"/>
                <w:sz w:val="16"/>
              </w:rPr>
              <w:br/>
              <w:t>18</w:t>
            </w:r>
          </w:p>
        </w:tc>
        <w:tc>
          <w:tcPr>
            <w:tcW w:type="dxa" w:w="6236"/>
            <w:tcBorders>
              <w:top w:val="nil"/>
              <w:left w:val="nil"/>
              <w:bottom w:val="single" w:sz="6" w:color="1B2A3A"/>
              <w:right w:val="nil"/>
            </w:tcBorders>
          </w:tcPr>
          <w:p>
            <w:pPr>
              <w:spacing w:before="120"/>
            </w:pPr>
            <w:r>
              <w:rPr>
                <w:b w:val="0"/>
                <w:i w:val="0"/>
                <w:sz w:val="20"/>
              </w:rPr>
              <w:t xml:space="preserve"> </w:t>
            </w:r>
          </w:p>
        </w:tc>
      </w:tr>
      <w:tr>
        <w:tc>
          <w:tcPr>
            <w:tcW w:type="dxa" w:w="340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20"/>
            </w:pPr>
            <w:r>
              <w:rPr>
                <w:b/>
                <w:i w:val="0"/>
                <w:color w:val="1B2A3A"/>
                <w:sz w:val="20"/>
              </w:rPr>
              <w:t>Pharmacie la plus proche</w:t>
            </w:r>
          </w:p>
        </w:tc>
        <w:tc>
          <w:tcPr>
            <w:tcW w:type="dxa" w:w="6236"/>
            <w:tcBorders>
              <w:top w:val="nil"/>
              <w:left w:val="nil"/>
              <w:bottom w:val="single" w:sz="6" w:color="1B2A3A"/>
              <w:right w:val="nil"/>
            </w:tcBorders>
          </w:tcPr>
          <w:p>
            <w:pPr>
              <w:spacing w:before="120"/>
            </w:pPr>
            <w:r>
              <w:rPr>
                <w:b w:val="0"/>
                <w:i w:val="0"/>
                <w:sz w:val="20"/>
              </w:rPr>
              <w:t xml:space="preserve"> </w:t>
            </w:r>
          </w:p>
        </w:tc>
      </w:tr>
      <w:tr>
        <w:tc>
          <w:tcPr>
            <w:tcW w:type="dxa" w:w="340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20"/>
            </w:pPr>
            <w:r>
              <w:rPr>
                <w:b/>
                <w:i w:val="0"/>
                <w:color w:val="1B2A3A"/>
                <w:sz w:val="20"/>
              </w:rPr>
              <w:t>Médecin / hôpital</w:t>
            </w:r>
          </w:p>
        </w:tc>
        <w:tc>
          <w:tcPr>
            <w:tcW w:type="dxa" w:w="6236"/>
            <w:tcBorders>
              <w:top w:val="nil"/>
              <w:left w:val="nil"/>
              <w:bottom w:val="single" w:sz="6" w:color="1B2A3A"/>
              <w:right w:val="nil"/>
            </w:tcBorders>
          </w:tcPr>
          <w:p>
            <w:pPr>
              <w:spacing w:before="120"/>
            </w:pPr>
            <w:r>
              <w:rPr>
                <w:b w:val="0"/>
                <w:i w:val="0"/>
                <w:sz w:val="20"/>
              </w:rPr>
              <w:t xml:space="preserve"> </w:t>
            </w:r>
          </w:p>
        </w:tc>
      </w:tr>
      <w:tr>
        <w:tc>
          <w:tcPr>
            <w:tcW w:type="dxa" w:w="340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20"/>
            </w:pPr>
            <w:r>
              <w:rPr>
                <w:b/>
                <w:i w:val="0"/>
                <w:color w:val="1B2A3A"/>
                <w:sz w:val="20"/>
              </w:rPr>
              <w:t>Votre contact</w:t>
            </w:r>
          </w:p>
        </w:tc>
        <w:tc>
          <w:tcPr>
            <w:tcW w:type="dxa" w:w="6236"/>
            <w:tcBorders>
              <w:top w:val="nil"/>
              <w:left w:val="nil"/>
              <w:bottom w:val="single" w:sz="6" w:color="1B2A3A"/>
              <w:right w:val="nil"/>
            </w:tcBorders>
          </w:tcPr>
          <w:p>
            <w:pPr>
              <w:spacing w:before="120"/>
            </w:pPr>
            <w:r>
              <w:rPr>
                <w:b w:val="0"/>
                <w:i w:val="0"/>
                <w:sz w:val="20"/>
              </w:rPr>
              <w:t xml:space="preserve"> </w:t>
            </w:r>
          </w:p>
        </w:tc>
      </w:tr>
      <w:tr>
        <w:tc>
          <w:tcPr>
            <w:tcW w:type="dxa" w:w="340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20"/>
            </w:pPr>
            <w:r>
              <w:rPr>
                <w:b/>
                <w:i w:val="0"/>
                <w:color w:val="1B2A3A"/>
                <w:sz w:val="20"/>
              </w:rPr>
              <w:t>Conciergerie ou voisin de confiance</w:t>
            </w:r>
          </w:p>
        </w:tc>
        <w:tc>
          <w:tcPr>
            <w:tcW w:type="dxa" w:w="6236"/>
            <w:tcBorders>
              <w:top w:val="nil"/>
              <w:left w:val="nil"/>
              <w:bottom w:val="single" w:sz="6" w:color="1B2A3A"/>
              <w:right w:val="nil"/>
            </w:tcBorders>
          </w:tcPr>
          <w:p>
            <w:pPr>
              <w:spacing w:before="120"/>
            </w:pPr>
            <w:r>
              <w:rPr>
                <w:b w:val="0"/>
                <w:i w:val="0"/>
                <w:sz w:val="20"/>
              </w:rPr>
              <w:t xml:space="preserve"> </w:t>
            </w:r>
          </w:p>
        </w:tc>
      </w:tr>
    </w:tbl>
    <w:p/>
    <w:p>
      <w:r>
        <w:br w:type="page"/>
      </w:r>
    </w:p>
    <w:p>
      <w:pPr>
        <w:spacing w:after="0"/>
      </w:pPr>
      <w:r>
        <w:rPr>
          <w:rFonts w:ascii="Georgia" w:hAnsi="Georgia" w:eastAsia="Georgia"/>
          <w:b w:val="0"/>
          <w:i w:val="0"/>
          <w:color w:val="D4D9CE"/>
          <w:sz w:val="72"/>
        </w:rPr>
        <w:t>08</w:t>
      </w:r>
    </w:p>
    <w:p>
      <w:pPr>
        <w:spacing w:after="40"/>
        <w:pBdr>
          <w:bottom w:val="single" w:sz="8" w:space="4" w:color="B9924B"/>
        </w:pBdr>
      </w:pPr>
      <w:r>
        <w:rPr>
          <w:rFonts w:ascii="Georgia" w:hAnsi="Georgia" w:eastAsia="Georgia"/>
          <w:b w:val="0"/>
          <w:i w:val="0"/>
          <w:color w:val="1B2A3A"/>
          <w:sz w:val="48"/>
        </w:rPr>
        <w:t>Départ</w:t>
      </w:r>
    </w:p>
    <w:p>
      <w:pPr>
        <w:spacing w:after="200"/>
      </w:pPr>
      <w:r>
        <w:rPr>
          <w:rFonts w:ascii="Georgia" w:hAnsi="Georgia" w:eastAsia="Georgia"/>
          <w:b w:val="0"/>
          <w:i/>
          <w:color w:val="5C6B4E"/>
          <w:sz w:val="20"/>
        </w:rPr>
        <w:t>Horaire, où laisser les clés, ce que vous attendez, et un mot de remerciement.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20"/>
            </w:pPr>
            <w:r>
              <w:rPr>
                <w:b/>
                <w:i w:val="0"/>
                <w:color w:val="1B2A3A"/>
                <w:sz w:val="20"/>
              </w:rPr>
              <w:t>Départ avant</w:t>
            </w:r>
            <w:r>
              <w:rPr>
                <w:b w:val="0"/>
                <w:i/>
                <w:color w:val="5C6B4E"/>
                <w:sz w:val="16"/>
              </w:rPr>
              <w:br/>
              <w:t>heure</w:t>
            </w:r>
          </w:p>
        </w:tc>
        <w:tc>
          <w:tcPr>
            <w:tcW w:type="dxa" w:w="6236"/>
            <w:tcBorders>
              <w:top w:val="nil"/>
              <w:left w:val="nil"/>
              <w:bottom w:val="single" w:sz="6" w:color="1B2A3A"/>
              <w:right w:val="nil"/>
            </w:tcBorders>
          </w:tcPr>
          <w:p>
            <w:pPr>
              <w:spacing w:before="120"/>
            </w:pPr>
            <w:r>
              <w:rPr>
                <w:b w:val="0"/>
                <w:i w:val="0"/>
                <w:sz w:val="20"/>
              </w:rPr>
              <w:t xml:space="preserve"> </w:t>
            </w:r>
          </w:p>
        </w:tc>
      </w:tr>
      <w:tr>
        <w:tc>
          <w:tcPr>
            <w:tcW w:type="dxa" w:w="340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20"/>
            </w:pPr>
            <w:r>
              <w:rPr>
                <w:b/>
                <w:i w:val="0"/>
                <w:color w:val="1B2A3A"/>
                <w:sz w:val="20"/>
              </w:rPr>
              <w:t>Où laisser les clés</w:t>
            </w:r>
          </w:p>
        </w:tc>
        <w:tc>
          <w:tcPr>
            <w:tcW w:type="dxa" w:w="6236"/>
            <w:tcBorders>
              <w:top w:val="nil"/>
              <w:left w:val="nil"/>
              <w:bottom w:val="single" w:sz="6" w:color="1B2A3A"/>
              <w:right w:val="nil"/>
            </w:tcBorders>
          </w:tcPr>
          <w:p>
            <w:pPr>
              <w:spacing w:before="120"/>
            </w:pPr>
            <w:r>
              <w:rPr>
                <w:b w:val="0"/>
                <w:i w:val="0"/>
                <w:sz w:val="20"/>
              </w:rPr>
              <w:t xml:space="preserve"> </w:t>
            </w:r>
          </w:p>
        </w:tc>
      </w:tr>
    </w:tbl>
    <w:p/>
    <w:p>
      <w:r>
        <w:rPr>
          <w:b w:val="0"/>
          <w:i w:val="0"/>
          <w:color w:val="B9924B"/>
          <w:sz w:val="22"/>
        </w:rPr>
        <w:t xml:space="preserve">○  </w:t>
      </w:r>
      <w:r>
        <w:rPr>
          <w:b w:val="0"/>
          <w:i w:val="0"/>
          <w:sz w:val="22"/>
        </w:rPr>
        <w:t>Vaisselle faite ou dans le lave-vaisselle</w:t>
      </w:r>
    </w:p>
    <w:p>
      <w:r>
        <w:rPr>
          <w:b w:val="0"/>
          <w:i w:val="0"/>
          <w:color w:val="B9924B"/>
          <w:sz w:val="22"/>
        </w:rPr>
        <w:t xml:space="preserve">○  </w:t>
      </w:r>
      <w:r>
        <w:rPr>
          <w:b w:val="0"/>
          <w:i w:val="0"/>
          <w:sz w:val="22"/>
        </w:rPr>
        <w:t>Poubelles sorties</w:t>
      </w:r>
    </w:p>
    <w:p>
      <w:r>
        <w:rPr>
          <w:b w:val="0"/>
          <w:i w:val="0"/>
          <w:color w:val="B9924B"/>
          <w:sz w:val="22"/>
        </w:rPr>
        <w:t xml:space="preserve">○  </w:t>
      </w:r>
      <w:r>
        <w:rPr>
          <w:b w:val="0"/>
          <w:i w:val="0"/>
          <w:sz w:val="22"/>
        </w:rPr>
        <w:t>Fenêtres fermées, chauffage baissé</w:t>
      </w:r>
    </w:p>
    <w:p>
      <w:r>
        <w:rPr>
          <w:b w:val="0"/>
          <w:i w:val="0"/>
          <w:color w:val="B9924B"/>
          <w:sz w:val="22"/>
        </w:rPr>
        <w:t xml:space="preserve">○  </w:t>
      </w:r>
      <w:r>
        <w:rPr>
          <w:b w:val="0"/>
          <w:i w:val="0"/>
          <w:sz w:val="22"/>
        </w:rPr>
        <w:t>Clés remises à leur place</w:t>
      </w:r>
    </w:p>
    <w:p>
      <w:r>
        <w:rPr>
          <w:b w:val="0"/>
          <w:i w:val="0"/>
          <w:color w:val="B9924B"/>
          <w:sz w:val="22"/>
        </w:rPr>
        <w:t xml:space="preserve">○  </w:t>
      </w:r>
      <w:r>
        <w:rPr>
          <w:b w:val="0"/>
          <w:i w:val="0"/>
          <w:sz w:val="22"/>
        </w:rPr>
        <w:t>Un message pour prévenir du départ</w:t>
      </w:r>
    </w:p>
    <w:p>
      <w:r>
        <w:rPr>
          <w:rFonts w:ascii="Georgia" w:hAnsi="Georgia" w:eastAsia="Georgia"/>
          <w:b w:val="0"/>
          <w:i/>
          <w:color w:val="1B2A3A"/>
          <w:sz w:val="26"/>
        </w:rPr>
        <w:t>Mot de remerciement (et un petit rappel pour l'avis)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tcBorders>
              <w:top w:val="nil"/>
              <w:left w:val="nil"/>
              <w:bottom w:val="single" w:sz="4" w:color="8A94A3"/>
              <w:right w:val="nil"/>
            </w:tcBorders>
          </w:tcPr>
          <w:p>
            <w:pPr>
              <w:spacing w:before="200"/>
            </w:pPr>
            <w:r>
              <w:rPr>
                <w:b w:val="0"/>
                <w:i w:val="0"/>
                <w:sz w:val="20"/>
              </w:rPr>
              <w:t xml:space="preserve"> </w:t>
            </w:r>
          </w:p>
        </w:tc>
      </w:tr>
      <w:tr>
        <w:tc>
          <w:tcPr>
            <w:tcW w:type="dxa" w:w="9972"/>
            <w:tcBorders>
              <w:top w:val="nil"/>
              <w:left w:val="nil"/>
              <w:bottom w:val="single" w:sz="4" w:color="8A94A3"/>
              <w:right w:val="nil"/>
            </w:tcBorders>
          </w:tcPr>
          <w:p>
            <w:pPr>
              <w:spacing w:before="200"/>
            </w:pPr>
            <w:r>
              <w:rPr>
                <w:b w:val="0"/>
                <w:i w:val="0"/>
                <w:sz w:val="20"/>
              </w:rPr>
              <w:t xml:space="preserve"> </w:t>
            </w:r>
          </w:p>
        </w:tc>
      </w:tr>
      <w:tr>
        <w:tc>
          <w:tcPr>
            <w:tcW w:type="dxa" w:w="9972"/>
            <w:tcBorders>
              <w:top w:val="nil"/>
              <w:left w:val="nil"/>
              <w:bottom w:val="single" w:sz="4" w:color="8A94A3"/>
              <w:right w:val="nil"/>
            </w:tcBorders>
          </w:tcPr>
          <w:p>
            <w:pPr>
              <w:spacing w:before="200"/>
            </w:pPr>
            <w:r>
              <w:rPr>
                <w:b w:val="0"/>
                <w:i w:val="0"/>
                <w:sz w:val="20"/>
              </w:rPr>
              <w:t xml:space="preserve"> </w:t>
            </w:r>
          </w:p>
        </w:tc>
      </w:tr>
    </w:tbl>
    <w:p/>
    <w:sectPr w:rsidR="00FC693F" w:rsidRPr="0006063C" w:rsidSect="00034616">
      <w:pgSz w:w="12240" w:h="15840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