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7600"/>
        </w:trPr>
        <w:tc>
          <w:tcPr>
            <w:tcW w:type="dxa" w:w="9972"/>
            <w:shd w:val="clear" w:color="auto" w:fill="1B2A3A"/>
          </w:tcPr>
          <w:p>
            <w:pPr>
              <w:spacing w:before="1200"/>
            </w:pPr>
            <w:r>
              <w:rPr>
                <w:rFonts w:ascii="Georgia" w:hAnsi="Georgia" w:eastAsia="Georgia"/>
                <w:b w:val="0"/>
                <w:i w:val="0"/>
                <w:color w:val="EEF0E9"/>
                <w:sz w:val="96"/>
              </w:rPr>
              <w:t>Welcome Book</w:t>
            </w:r>
          </w:p>
          <w:p>
            <w:r>
              <w:rPr>
                <w:rFonts w:ascii="Georgia" w:hAnsi="Georgia" w:eastAsia="Georgia"/>
                <w:b w:val="0"/>
                <w:i/>
                <w:color w:val="B9924B"/>
                <w:sz w:val="28"/>
              </w:rPr>
              <w:t>Make yourself at home, for a few nights</w:t>
            </w:r>
          </w:p>
          <w:p/>
        </w:tc>
      </w:tr>
    </w:tbl>
    <w:p>
      <w:pPr>
        <w:spacing w:before="360"/>
      </w:pPr>
      <w:r>
        <w:rPr>
          <w:rFonts w:ascii="Georgia" w:hAnsi="Georgia" w:eastAsia="Georgia"/>
          <w:b w:val="0"/>
          <w:i w:val="0"/>
          <w:color w:val="1B2A3A"/>
          <w:sz w:val="44"/>
        </w:rPr>
        <w:t>[Property name]</w:t>
      </w:r>
    </w:p>
    <w:p>
      <w:pPr>
        <w:pBdr>
          <w:bottom w:val="single" w:sz="8" w:space="4" w:color="B9924B"/>
        </w:pBdr>
      </w:pPr>
      <w:r>
        <w:rPr>
          <w:b w:val="0"/>
          <w:i w:val="0"/>
          <w:color w:val="5C6B4E"/>
          <w:sz w:val="20"/>
        </w:rPr>
        <w:t>[Property address]  ·  Your host: [first name]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1   </w:t>
      </w:r>
      <w:r>
        <w:rPr>
          <w:b w:val="0"/>
          <w:i w:val="0"/>
          <w:color w:val="1B2A3A"/>
          <w:sz w:val="20"/>
        </w:rPr>
        <w:t>Welcome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2   </w:t>
      </w:r>
      <w:r>
        <w:rPr>
          <w:b w:val="0"/>
          <w:i w:val="0"/>
          <w:color w:val="1B2A3A"/>
          <w:sz w:val="20"/>
        </w:rPr>
        <w:t>Arrival and access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3   </w:t>
      </w:r>
      <w:r>
        <w:rPr>
          <w:b w:val="0"/>
          <w:i w:val="0"/>
          <w:color w:val="1B2A3A"/>
          <w:sz w:val="20"/>
        </w:rPr>
        <w:t>Wi-Fi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4   </w:t>
      </w:r>
      <w:r>
        <w:rPr>
          <w:b w:val="0"/>
          <w:i w:val="0"/>
          <w:color w:val="1B2A3A"/>
          <w:sz w:val="20"/>
        </w:rPr>
        <w:t>The home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5   </w:t>
      </w:r>
      <w:r>
        <w:rPr>
          <w:b w:val="0"/>
          <w:i w:val="0"/>
          <w:color w:val="1B2A3A"/>
          <w:sz w:val="20"/>
        </w:rPr>
        <w:t>House rules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6   </w:t>
      </w:r>
      <w:r>
        <w:rPr>
          <w:b w:val="0"/>
          <w:i w:val="0"/>
          <w:color w:val="1B2A3A"/>
          <w:sz w:val="20"/>
        </w:rPr>
        <w:t>My favourite places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7   </w:t>
      </w:r>
      <w:r>
        <w:rPr>
          <w:b w:val="0"/>
          <w:i w:val="0"/>
          <w:color w:val="1B2A3A"/>
          <w:sz w:val="20"/>
        </w:rPr>
        <w:t>Useful numbers</w:t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B9924B"/>
          <w:sz w:val="20"/>
        </w:rPr>
        <w:t xml:space="preserve">8   </w:t>
      </w:r>
      <w:r>
        <w:rPr>
          <w:b w:val="0"/>
          <w:i w:val="0"/>
          <w:color w:val="1B2A3A"/>
          <w:sz w:val="20"/>
        </w:rPr>
        <w:t>Check-out</w:t>
      </w:r>
    </w:p>
    <w:p>
      <w:pPr>
        <w:spacing w:before="200"/>
      </w:pPr>
      <w:r>
        <w:rPr>
          <w:b w:val="0"/>
          <w:i/>
          <w:color w:val="5C6B4E"/>
          <w:sz w:val="18"/>
        </w:rPr>
        <w:t>Replace the brackets with your own details. Print the book or send it as a PDF before arrival.</w:t>
      </w:r>
    </w:p>
    <w:p>
      <w:r>
        <w:rPr>
          <w:b w:val="0"/>
          <w:i w:val="0"/>
          <w:color w:val="5C6B4E"/>
          <w:sz w:val="16"/>
        </w:rPr>
        <w:t>Free template by Nowistay · nowistay.com</w:t>
      </w:r>
    </w:p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01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Welcome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Two or three warm sentences: who you are, what you love about this place, how to reach you.</w:t>
      </w:r>
    </w:p>
    <w:p>
      <w:r>
        <w:rPr>
          <w:rFonts w:ascii="Georgia" w:hAnsi="Georgia" w:eastAsia="Georgia"/>
          <w:b w:val="0"/>
          <w:i/>
          <w:color w:val="1B2A3A"/>
          <w:sz w:val="26"/>
        </w:rPr>
        <w:t>Welcome note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Your host</w:t>
            </w:r>
            <w:r>
              <w:rPr>
                <w:b w:val="0"/>
                <w:i/>
                <w:color w:val="5C6B4E"/>
                <w:sz w:val="16"/>
              </w:rPr>
              <w:br/>
              <w:t>first name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Phone / WhatsApp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Email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Property address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2200"/>
        </w:trPr>
        <w:tc>
          <w:tcPr>
            <w:tcW w:type="dxa" w:w="9972"/>
            <w:shd w:val="clear" w:color="auto" w:fill="EEF0E9"/>
            <w:tcBorders>
              <w:top w:val="dashed" w:sz="6" w:color="5C6B4E"/>
              <w:left w:val="dashed" w:sz="6" w:color="5C6B4E"/>
              <w:bottom w:val="dashed" w:sz="6" w:color="5C6B4E"/>
              <w:right w:val="dashed" w:sz="6" w:color="5C6B4E"/>
            </w:tcBorders>
          </w:tcPr>
          <w:p>
            <w:pPr>
              <w:spacing w:before="1000"/>
              <w:jc w:val="center"/>
            </w:pPr>
            <w:r>
              <w:rPr>
                <w:rFonts w:ascii="Georgia" w:hAnsi="Georgia" w:eastAsia="Georgia"/>
                <w:b w:val="0"/>
                <w:i/>
                <w:color w:val="5C6B4E"/>
                <w:sz w:val="18"/>
              </w:rPr>
              <w:t>Your photo (optional)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02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Arrival and access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Everything guests need to get in without calling you: time, route, codes, parking.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Check-in from</w:t>
            </w:r>
            <w:r>
              <w:rPr>
                <w:b w:val="0"/>
                <w:i/>
                <w:color w:val="5C6B4E"/>
                <w:sz w:val="16"/>
              </w:rPr>
              <w:br/>
              <w:t>time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Lockbox / smart lock code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Floor / door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Intercom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rPr>
          <w:rFonts w:ascii="Georgia" w:hAnsi="Georgia" w:eastAsia="Georgia"/>
          <w:b w:val="0"/>
          <w:i/>
          <w:color w:val="1B2A3A"/>
          <w:sz w:val="26"/>
        </w:rPr>
        <w:t>How to get in, step by step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Where to park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Transport from the station / airport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2200"/>
        </w:trPr>
        <w:tc>
          <w:tcPr>
            <w:tcW w:type="dxa" w:w="9972"/>
            <w:shd w:val="clear" w:color="auto" w:fill="EEF0E9"/>
            <w:tcBorders>
              <w:top w:val="dashed" w:sz="6" w:color="5C6B4E"/>
              <w:left w:val="dashed" w:sz="6" w:color="5C6B4E"/>
              <w:bottom w:val="dashed" w:sz="6" w:color="5C6B4E"/>
              <w:right w:val="dashed" w:sz="6" w:color="5C6B4E"/>
            </w:tcBorders>
          </w:tcPr>
          <w:p>
            <w:pPr>
              <w:spacing w:before="1000"/>
              <w:jc w:val="center"/>
            </w:pPr>
            <w:r>
              <w:rPr>
                <w:rFonts w:ascii="Georgia" w:hAnsi="Georgia" w:eastAsia="Georgia"/>
                <w:b w:val="0"/>
                <w:i/>
                <w:color w:val="5C6B4E"/>
                <w:sz w:val="18"/>
              </w:rPr>
              <w:t>Photo of the entrance or lockbox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03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Wi-Fi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The first thing guests look for. Write it big.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Network name (SSID)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Password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rPr>
          <w:trHeight w:val="2200"/>
        </w:trPr>
        <w:tc>
          <w:tcPr>
            <w:tcW w:type="dxa" w:w="9972"/>
            <w:shd w:val="clear" w:color="auto" w:fill="EEF0E9"/>
            <w:tcBorders>
              <w:top w:val="dashed" w:sz="6" w:color="5C6B4E"/>
              <w:left w:val="dashed" w:sz="6" w:color="5C6B4E"/>
              <w:bottom w:val="dashed" w:sz="6" w:color="5C6B4E"/>
              <w:right w:val="dashed" w:sz="6" w:color="5C6B4E"/>
            </w:tcBorders>
          </w:tcPr>
          <w:p>
            <w:pPr>
              <w:spacing w:before="1000"/>
              <w:jc w:val="center"/>
            </w:pPr>
            <w:r>
              <w:rPr>
                <w:rFonts w:ascii="Georgia" w:hAnsi="Georgia" w:eastAsia="Georgia"/>
                <w:b w:val="0"/>
                <w:i/>
                <w:color w:val="5C6B4E"/>
                <w:sz w:val="18"/>
              </w:rPr>
              <w:t>Connection QR code (optional)</w:t>
            </w:r>
          </w:p>
        </w:tc>
      </w:tr>
    </w:tbl>
    <w:p/>
    <w:p>
      <w:r>
        <w:rPr>
          <w:rFonts w:ascii="Georgia" w:hAnsi="Georgia" w:eastAsia="Georgia"/>
          <w:b w:val="0"/>
          <w:i/>
          <w:color w:val="1B2A3A"/>
          <w:sz w:val="26"/>
        </w:rPr>
        <w:t>If the Wi-Fi is not working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04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The home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One line per appliance. Mention the quirks (the shower takes 30 seconds to warm up, the oven locks, etc.).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Heating / air conditioning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Hot water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Coffee machine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Hob / oven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Washing machine / dishwasher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TV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Bins and recycling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Quirks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05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House rules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Kindly worded: say what you expect and why.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Maximum number of guests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Smoking</w:t>
            </w:r>
            <w:r>
              <w:rPr>
                <w:b w:val="0"/>
                <w:i/>
                <w:color w:val="5C6B4E"/>
                <w:sz w:val="16"/>
              </w:rPr>
              <w:br/>
              <w:t>where it is allowed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Pets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Quiet hours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Parties and visitors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Other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06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My favourite places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Five to ten places at most, sorted by time of day. Add one personal sentence for each.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Breakfast / bakery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Lunch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Dinner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Groceries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Things to see and do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With kids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On a rainy evening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07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Useful numbers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Emergency numbers first, then your contacts. Check them at every update.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Emergency</w:t>
            </w:r>
            <w:r>
              <w:rPr>
                <w:b w:val="0"/>
                <w:i/>
                <w:color w:val="5C6B4E"/>
                <w:sz w:val="16"/>
              </w:rPr>
              <w:br/>
              <w:t>112 in Europe, 911 in the US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Police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Fire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Nearest pharmacy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Doctor / hospital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Your contact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Co-host or trusted neighbour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rFonts w:ascii="Georgia" w:hAnsi="Georgia" w:eastAsia="Georgia"/>
          <w:b w:val="0"/>
          <w:i w:val="0"/>
          <w:color w:val="D4D9CE"/>
          <w:sz w:val="72"/>
        </w:rPr>
        <w:t>08</w:t>
      </w:r>
    </w:p>
    <w:p>
      <w:pPr>
        <w:spacing w:after="40"/>
        <w:pBdr>
          <w:bottom w:val="single" w:sz="8" w:space="4" w:color="B9924B"/>
        </w:pBdr>
      </w:pPr>
      <w:r>
        <w:rPr>
          <w:rFonts w:ascii="Georgia" w:hAnsi="Georgia" w:eastAsia="Georgia"/>
          <w:b w:val="0"/>
          <w:i w:val="0"/>
          <w:color w:val="1B2A3A"/>
          <w:sz w:val="48"/>
        </w:rPr>
        <w:t>Check-out</w:t>
      </w:r>
    </w:p>
    <w:p>
      <w:pPr>
        <w:spacing w:after="200"/>
      </w:pPr>
      <w:r>
        <w:rPr>
          <w:rFonts w:ascii="Georgia" w:hAnsi="Georgia" w:eastAsia="Georgia"/>
          <w:b w:val="0"/>
          <w:i/>
          <w:color w:val="5C6B4E"/>
          <w:sz w:val="20"/>
        </w:rPr>
        <w:t>Time, where to leave the keys, what you expect, and a thank-you note.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Check-out before</w:t>
            </w:r>
            <w:r>
              <w:rPr>
                <w:b w:val="0"/>
                <w:i/>
                <w:color w:val="5C6B4E"/>
                <w:sz w:val="16"/>
              </w:rPr>
              <w:br/>
              <w:t>time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/>
            </w:pPr>
            <w:r>
              <w:rPr>
                <w:b/>
                <w:i w:val="0"/>
                <w:color w:val="1B2A3A"/>
                <w:sz w:val="20"/>
              </w:rPr>
              <w:t>Where to leave the keys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color="1B2A3A"/>
              <w:right w:val="nil"/>
            </w:tcBorders>
          </w:tcPr>
          <w:p>
            <w:pPr>
              <w:spacing w:before="12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Dishes done or in the dishwasher</w:t>
      </w:r>
    </w:p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Bins taken out</w:t>
      </w:r>
    </w:p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Windows closed, heating turned down</w:t>
      </w:r>
    </w:p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Keys back in place</w:t>
      </w:r>
    </w:p>
    <w:p>
      <w:r>
        <w:rPr>
          <w:b w:val="0"/>
          <w:i w:val="0"/>
          <w:color w:val="B9924B"/>
          <w:sz w:val="22"/>
        </w:rPr>
        <w:t xml:space="preserve">○  </w:t>
      </w:r>
      <w:r>
        <w:rPr>
          <w:b w:val="0"/>
          <w:i w:val="0"/>
          <w:sz w:val="22"/>
        </w:rPr>
        <w:t>A message to let us know you have left</w:t>
      </w:r>
    </w:p>
    <w:p>
      <w:r>
        <w:rPr>
          <w:rFonts w:ascii="Georgia" w:hAnsi="Georgia" w:eastAsia="Georgia"/>
          <w:b w:val="0"/>
          <w:i/>
          <w:color w:val="1B2A3A"/>
          <w:sz w:val="26"/>
        </w:rPr>
        <w:t>Thank-you note (and a gentle reminder about the review)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9972"/>
            <w:tcBorders>
              <w:top w:val="nil"/>
              <w:left w:val="nil"/>
              <w:bottom w:val="single" w:sz="4" w:color="8A94A3"/>
              <w:right w:val="nil"/>
            </w:tcBorders>
          </w:tcPr>
          <w:p>
            <w:pPr>
              <w:spacing w:before="200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</w:tc>
      </w:tr>
    </w:tbl>
    <w:p/>
    <w:sectPr w:rsidR="00FC693F" w:rsidRPr="0006063C" w:rsidSect="00034616"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